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בעיות סביבה חוצות גבולות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מחסן מילים: חממה  |  קרחונים  |  משותף  |  מתחדשת  |  פרטי</w:t>
      </w:r>
    </w:p>
    <w:p>
      <w:pPr>
        <w:bidi/>
        <w:spacing w:before="0" w:after="60"/>
      </w:pPr>
      <w:r>
        <w:rPr>
          <w:rtl/>
        </w:rPr>
        <w:t>א. שריפת פחם, נפט וגז משחררת גזי __________.</w:t>
      </w:r>
    </w:p>
    <w:p>
      <w:pPr>
        <w:bidi/>
        <w:spacing w:before="0" w:after="60"/>
      </w:pPr>
      <w:r>
        <w:rPr>
          <w:rtl/>
        </w:rPr>
        <w:t>ב. התחממות כדור הארץ גורמת להמסת __________.</w:t>
      </w:r>
    </w:p>
    <w:p>
      <w:pPr>
        <w:bidi/>
        <w:spacing w:before="0" w:after="60"/>
      </w:pPr>
      <w:r>
        <w:rPr>
          <w:rtl/>
        </w:rPr>
        <w:t>ג. נהר שזורם בכמה מדינות הוא משאב __________.</w:t>
      </w:r>
    </w:p>
    <w:p>
      <w:pPr>
        <w:bidi/>
        <w:spacing w:before="0" w:after="60"/>
      </w:pPr>
      <w:r>
        <w:rPr>
          <w:rtl/>
        </w:rPr>
        <w:t>ד. אנרגיה מהשמש ומהרוח נקראת אנרגיה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בעיה לסיבה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התחממות כדור הארץ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עשן ממפעלים שנישא ברוח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פלסטיק בחופים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פסולת שהושלכה 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זיהום נהר במורד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שריפת דלקים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גשם חומצי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מפעל ששופך שפכים במעלה הנהר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זיהום אוויר נשאר תמיד במדינה שבה נוצר.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עליית מפלס הים היא אחת התוצאות של שינוי האקלים.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בעיה חוצת גבולות אפשר לפתור רק בתוך מדינה אחת.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מה מגביר את הבעיה ומה מקטין אותה?</w:t>
      </w:r>
    </w:p>
    <w:p>
      <w:pPr>
        <w:bidi/>
        <w:spacing w:before="0" w:after="80"/>
      </w:pPr>
      <w:r>
        <w:rPr>
          <w:color w:val="9F1239"/>
          <w:sz w:val="24"/>
          <w:szCs w:val="24"/>
          <w:rtl/>
        </w:rPr>
        <w:t>המילים: פאנלים סולאריים  |  שריפת פחם בתחנת כוח  |  נסיעה באופניים  |  השלכת פלסטיק לים  |  הסכם בין מדינות על נהר  |  כריתת יערות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מקטין את הבעיה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מגביר את הבעיה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מדוע זיהום בנהר הוא בעיה של כמה מדינות.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שני דברים שאתם יכולים לעשות כדי לעזור לסביבה.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