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מחוון – דף עבודה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0F7A4F"/>
          <w:sz w:val="40"/>
          <w:szCs w:val="40"/>
          <w:rtl/>
        </w:rPr>
        <w:t>🔑 מחוון – בעיות סביבה חוצות גבולות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שריפת פחם, נפט וגז משחררת גזי חממה.</w:t>
      </w:r>
    </w:p>
    <w:p>
      <w:pPr>
        <w:bidi/>
        <w:spacing w:before="0" w:after="40"/>
      </w:pPr>
      <w:r>
        <w:rPr>
          <w:rtl/>
        </w:rPr>
        <w:t>ב. התחממות כדור הארץ גורמת להמסת קרחונים.</w:t>
      </w:r>
    </w:p>
    <w:p>
      <w:pPr>
        <w:bidi/>
        <w:spacing w:before="0" w:after="40"/>
      </w:pPr>
      <w:r>
        <w:rPr>
          <w:rtl/>
        </w:rPr>
        <w:t>ג. נהר שזורם בכמה מדינות הוא משאב משותף.</w:t>
      </w:r>
    </w:p>
    <w:p>
      <w:pPr>
        <w:bidi/>
        <w:spacing w:before="0" w:after="40"/>
      </w:pPr>
      <w:r>
        <w:rPr>
          <w:rtl/>
        </w:rPr>
        <w:t>ד. אנרגיה מהשמש ומהרוח נקראת אנרגיה מתחדשת.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כל בעיה לסיבה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התחממות כדור הארץ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עשן ממפעלים שנישא ברוח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פלסטיק בחופים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פסולת שהושלכה 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זיהום נהר במורד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שריפת דלקים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גשם חומצי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מפעל ששופך שפכים במעלה הנהר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זיהום אוויר נשאר תמיד במדינה שבה נוצר.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זיהום אוויר נישא ברוח ויכול להגיע למדינות אחרות.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עליית מפלס הים היא אחת התוצאות של שינוי האקלים.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בעיה חוצת גבולות אפשר לפתור רק בתוך מדינה אחת.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בעיה חוצת גבולות דורשת שיתוף פעולה בין מדינות.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מיינו: מה מגביר את הבעיה ומה מקטין אותה?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מקטין את הבעיה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מגביר את הבעיה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פאנלים סולאריים, נסיעה באופניים, הסכם בין מדינות על נהר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שריפת פחם בתחנת כוח, השלכת פלסטיק לים, כריתת יערות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מדוע זיהום בנהר הוא בעיה של כמה מדינות.</w:t>
      </w:r>
    </w:p>
    <w:p>
      <w:pPr>
        <w:bidi/>
        <w:spacing w:before="0" w:after="80"/>
      </w:pPr>
      <w:r>
        <w:rPr>
          <w:color w:val="0F7A4F"/>
          <w:rtl/>
        </w:rPr>
        <w:t>תשובה אפשרית: הנהר זורם דרך כמה מדינות, והזיהום עובר עם המים למדינות שבמורד.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כתבו שני דברים שאתם יכולים לעשות כדי לעזור לסביבה.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לחסוך בחשמל ובמים, למחזר, להשתמש פחות בפלסטיק, ללכת ברגל או באופניים.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