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Times New Roman" w:hAnsi="Times New Roman" w:cs="Times New Roman"/>
          <w:b/>
          <w:bCs/>
          <w:color w:val="0F7A4F"/>
          <w:sz w:val="44"/>
          <w:szCs w:val="44"/>
          <w:rtl/>
        </w:rPr>
        <w:t>🔑 מחוון – חוברת העבודה בגאוגרפיה לכיתה ז'</w:t>
      </w:r>
    </w:p>
    <w:p>
      <w:pPr>
        <w:bidi/>
        <w:spacing w:before="160" w:after="80"/>
      </w:pPr>
      <w:r>
        <w:rPr>
          <w:rFonts w:ascii="Times New Roman" w:hAnsi="Times New Roman" w:cs="Times New Roman"/>
          <w:b/>
          <w:bCs/>
          <w:color w:val="9F1239"/>
          <w:sz w:val="30"/>
          <w:szCs w:val="30"/>
          <w:rtl/>
        </w:rPr>
        <w:t>פרק 1: גלובליזציה: העולם ככפר עולמי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המטה של תאגיד רב-לאומי נמצא בדרך כלל במדינה מפותחת.</w:t>
      </w:r>
    </w:p>
    <w:p>
      <w:pPr>
        <w:bidi/>
        <w:spacing w:before="0" w:after="40"/>
      </w:pPr>
      <w:r>
        <w:rPr>
          <w:rtl/>
        </w:rPr>
        <w:t>ב. מפעלים רבים עוברים למדינות שבהן השכר נמוך.</w:t>
      </w:r>
    </w:p>
    <w:p>
      <w:pPr>
        <w:bidi/>
        <w:spacing w:before="0" w:after="40"/>
      </w:pPr>
      <w:r>
        <w:rPr>
          <w:rtl/>
        </w:rPr>
        <w:t>ג. בזכות האינטרנט אפשר לצפות בסרט שצולם ביבשת אחרת.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טיסות זולות הן אחד המנועים של הגלובליזציה.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גלובליזציה קשורה רק לכלכלה ולא לתרבות.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גלובליזציה משפיעה גם על כלכלה וגם על תרבות.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משבר במדינה אחת יכול להשפיע על מדינות רבות.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בחרו את התשובה הנכונה.</w:t>
      </w:r>
    </w:p>
    <w:p>
      <w:pPr>
        <w:bidi/>
        <w:spacing w:before="0" w:after="20"/>
      </w:pPr>
      <w:r>
        <w:rPr>
          <w:rtl/>
        </w:rPr>
        <w:t>א. מה מהבאים הוא דוגמה לגלובליזציה בתרבות?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שיר קוריאני שמושמע בכל העולם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 את הטבלה: מנוע של גלובליזציה ודוגמה.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המנוע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תקשורת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אינטרנט, טלפון חכם, לוויין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תחבורה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ספינת מכולות, טיסות זולות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סחר חופשי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הסכם שמוריד מכסים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מצאו בבית מוצר שיוצר בחו"ל. כתבו מה המוצר ובאיזו מדינה יוצר.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אישית, למשל: אוזניות – יוצרו בסין.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הסבירו במשפט אחד או שניים מה פירוש «כפר עולמי».</w:t>
      </w:r>
    </w:p>
    <w:p>
      <w:pPr>
        <w:bidi/>
        <w:spacing w:before="0" w:after="80"/>
      </w:pPr>
      <w:r>
        <w:rPr>
          <w:color w:val="0F7A4F"/>
          <w:rtl/>
        </w:rPr>
        <w:t>תשובה אפשרית: העולם קשור ומחובר כמו כפר קטן: מידע, סחורות ואנשים עוברים מהר בין המדינות.</w:t>
      </w:r>
    </w:p>
    <w:p>
      <w:pPr>
        <w:bidi/>
        <w:spacing w:before="160" w:after="80"/>
      </w:pPr>
      <w:r>
        <w:rPr>
          <w:rFonts w:ascii="Times New Roman" w:hAnsi="Times New Roman" w:cs="Times New Roman"/>
          <w:b/>
          <w:bCs/>
          <w:color w:val="9F1239"/>
          <w:sz w:val="30"/>
          <w:szCs w:val="30"/>
          <w:rtl/>
        </w:rPr>
        <w:t>פרק 2: תפרוסת האוכלוסייה בעולם: איפה גרים בני האדם?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כל אזור לתיאור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סיביר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קר מאוד ודליל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מזרח אסיה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צפוף מאוד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מדבר סהרה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הררי וגבוה, מעט תושבים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הרי ההימלאיה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יבש ודליל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מפה שבה כל נקודה מייצגת מספר תושבים נקראת מפת נקודות.</w:t>
      </w:r>
    </w:p>
    <w:p>
      <w:pPr>
        <w:bidi/>
        <w:spacing w:before="0" w:after="40"/>
      </w:pPr>
      <w:r>
        <w:rPr>
          <w:rtl/>
        </w:rPr>
        <w:t>ב. במפת צפיפות, צבע כהה מראה אזור צפוף.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צפיפות מחושבת לפי מספר התושבים חלקי השטח.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אנשים מעדיפים לגור על הרים גבוהים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אנשים מעדיפים לגור במישורים; בהרים גבוהים גרים מעט אנשים.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אזור צפוף יותר?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2,000 תושבים ב-10 קמ"ר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תנו דוגמה לאזור בישראל שהוא צפוף ולאזור שהוא דליל, והסבירו את ההבדל.</w:t>
      </w:r>
    </w:p>
    <w:p>
      <w:pPr>
        <w:bidi/>
        <w:spacing w:before="0" w:after="80"/>
      </w:pPr>
      <w:r>
        <w:rPr>
          <w:color w:val="0F7A4F"/>
          <w:rtl/>
        </w:rPr>
        <w:t>תשובה אפשרית: צפוף: גוש דן (עבודה, שירותים, מישור החוף). דליל: הנגב (מדבר, מעט מים).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הציעו דרך אחת למשוך תושבים לאזור דליל.</w:t>
      </w:r>
    </w:p>
    <w:p>
      <w:pPr>
        <w:bidi/>
        <w:spacing w:before="0" w:after="80"/>
      </w:pPr>
      <w:r>
        <w:rPr>
          <w:color w:val="0F7A4F"/>
          <w:rtl/>
        </w:rPr>
        <w:t>תשובה אפשרית: לבנות מקומות עבודה ושירותים, או לשפר את התחבורה לאזור.</w:t>
      </w:r>
    </w:p>
    <w:p>
      <w:pPr>
        <w:bidi/>
        <w:spacing w:before="160" w:after="80"/>
      </w:pPr>
      <w:r>
        <w:rPr>
          <w:rFonts w:ascii="Times New Roman" w:hAnsi="Times New Roman" w:cs="Times New Roman"/>
          <w:b/>
          <w:bCs/>
          <w:color w:val="9F1239"/>
          <w:sz w:val="30"/>
          <w:szCs w:val="30"/>
          <w:rtl/>
        </w:rPr>
        <w:t>פרק 3: גידול האוכלוסייה ומבנה הגילים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ריבוי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נולדים פחות מתים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תוחלת חיים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תרשים של קבוצות הגיל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פירמידת גילים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מספר השנים שאדם צפוי לחיות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הזדקנות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עלייה בחלק של המבוגרים באוכלוסייה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אוכלוסיית העולם היום גדולה מ-8 מיליארד.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פירמידה עם בסיס צר מראה שנולדים ילדים רבים.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בסיס צר מראה שנולדים מעט ילדים.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בחרו את התשובה הנכונה.</w:t>
      </w:r>
    </w:p>
    <w:p>
      <w:pPr>
        <w:bidi/>
        <w:spacing w:before="0" w:after="20"/>
      </w:pPr>
      <w:r>
        <w:rPr>
          <w:rtl/>
        </w:rPr>
        <w:t>א. במדינה נולדו 25 ומתו 5 (לכל 1,000). מה הריבוי הטבעי?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20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השלימו.</w:t>
      </w:r>
    </w:p>
    <w:p>
      <w:pPr>
        <w:bidi/>
        <w:spacing w:before="0" w:after="40"/>
      </w:pPr>
      <w:r>
        <w:rPr>
          <w:rtl/>
        </w:rPr>
        <w:t>א. פירמידה רחבה בבסיס וצרה למעלה מתאימה למדינות רבות באפריקה.</w:t>
      </w:r>
    </w:p>
    <w:p>
      <w:pPr>
        <w:bidi/>
        <w:spacing w:before="0" w:after="40"/>
      </w:pPr>
      <w:r>
        <w:rPr>
          <w:rtl/>
        </w:rPr>
        <w:t>ב. פירמידה עם הרבה מבוגרים מתאימה ליפן ולאיטליה.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במשפט אחד מדוע אוכלוסיית העולם גדלה מאוד במאה השנים האחרונות.</w:t>
      </w:r>
    </w:p>
    <w:p>
      <w:pPr>
        <w:bidi/>
        <w:spacing w:before="0" w:after="80"/>
      </w:pPr>
      <w:r>
        <w:rPr>
          <w:color w:val="0F7A4F"/>
          <w:rtl/>
        </w:rPr>
        <w:t>תשובה אפשרית: בזכות שיפור ברפואה, בתזונה ובמים נקיים – פחות אנשים מתים צעירים.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שרטטו במחברת פירמידה של אוכלוסייה צעירה ופירמידה של אוכלוסייה מזדקנת, וכתבו במה הן שונות.</w:t>
      </w:r>
    </w:p>
    <w:p>
      <w:pPr>
        <w:bidi/>
        <w:spacing w:before="0" w:after="80"/>
      </w:pPr>
      <w:r>
        <w:rPr>
          <w:color w:val="0F7A4F"/>
          <w:rtl/>
        </w:rPr>
        <w:t>תשובה אפשרית: צעירה: בסיס רחב וצמרת צרה. מזדקנת: בסיס צר וצמרת רחבה יותר.</w:t>
      </w:r>
    </w:p>
    <w:p>
      <w:pPr>
        <w:bidi/>
        <w:spacing w:before="160" w:after="80"/>
      </w:pPr>
      <w:r>
        <w:rPr>
          <w:rFonts w:ascii="Times New Roman" w:hAnsi="Times New Roman" w:cs="Times New Roman"/>
          <w:b/>
          <w:bCs/>
          <w:color w:val="9F1239"/>
          <w:sz w:val="30"/>
          <w:szCs w:val="30"/>
          <w:rtl/>
        </w:rPr>
        <w:t>פרק 4: הגירה לסוגיה: למה אנשים עוברים לגור במקום אחר?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המקום שממנו יוצא המהגר נקרא מדינת המוצא.</w:t>
      </w:r>
    </w:p>
    <w:p>
      <w:pPr>
        <w:bidi/>
        <w:spacing w:before="0" w:after="40"/>
      </w:pPr>
      <w:r>
        <w:rPr>
          <w:rtl/>
        </w:rPr>
        <w:t>ב. המקום שאליו מגיע המהגר נקרא מדינת היעד.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השפעה אחת של ההגירה על כל מדינה.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 חיובית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 שלילית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מדינת היעד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עובדים חדשים, תרבות מגוונת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צורך לקלוט ולשלב, עומס על שירותים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מדינת המוצא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כסף שהמהגרים שולחים הביתה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יציאת צעירים ובעלי מקצוע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עובדים זרים מגיעים לעבוד בחקלאות, בבנייה ובסיעוד.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אסון טבע הוא גורם משיכה.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אסון טבע הוא גורם דחיפה.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מהבאים הוא גורם משיכה?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שכר גבוה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ראיינו בן משפחה או שכן שהיגר (מארץ אחרת או מעיר אחרת). כתבו מה דחף אותו לעזוב ומה משך אותו.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אישית: גורם דחיפה וגורם משיכה מתוך הראיון.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הציעו דרך אחת שבה מדינה יכולה לעזור למהגרים להשתלב.</w:t>
      </w:r>
    </w:p>
    <w:p>
      <w:pPr>
        <w:bidi/>
        <w:spacing w:before="0" w:after="80"/>
      </w:pPr>
      <w:r>
        <w:rPr>
          <w:color w:val="0F7A4F"/>
          <w:rtl/>
        </w:rPr>
        <w:t>תשובה אפשרית: שיעורי שפה, עזרה במציאת עבודה ודיור.</w:t>
      </w:r>
    </w:p>
    <w:p>
      <w:pPr>
        <w:bidi/>
        <w:spacing w:before="160" w:after="80"/>
      </w:pPr>
      <w:r>
        <w:rPr>
          <w:rFonts w:ascii="Times New Roman" w:hAnsi="Times New Roman" w:cs="Times New Roman"/>
          <w:b/>
          <w:bCs/>
          <w:color w:val="9F1239"/>
          <w:sz w:val="30"/>
          <w:szCs w:val="30"/>
          <w:rtl/>
        </w:rPr>
        <w:t>פרק 5: עיור: סוגי ערים ומבנה העיר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עיר שקמה בצומת דרכים התפתחה בדרך כלל כמרכז מסחר.</w:t>
      </w:r>
    </w:p>
    <w:p>
      <w:pPr>
        <w:bidi/>
        <w:spacing w:before="0" w:after="40"/>
      </w:pPr>
      <w:r>
        <w:rPr>
          <w:rtl/>
        </w:rPr>
        <w:t>ב. עיר שקמה ליד מחצבים התפתחה בדרך כלל כעיר תעשייה.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גורם מיקום ותפקוד שהוא יוצר.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מיקום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תפקוד אפשרי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חוף ים עם מפרץ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עיר נמל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צומת דרכים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עיר מסחר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מחצבים בקרבת מקום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עיר תעשייה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טוקיו היא עיר ענק.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לכל עיר יש רק שכונות מגורים.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בעיר יש מע"ר, שכונות מגורים, אזורי תעשייה ושטחים ציבוריים.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נמצא בדרך כלל במע"ר?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בנקים ומשרדים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במשפט אחד מה פירוש «עיור».</w:t>
      </w:r>
    </w:p>
    <w:p>
      <w:pPr>
        <w:bidi/>
        <w:spacing w:before="0" w:after="80"/>
      </w:pPr>
      <w:r>
        <w:rPr>
          <w:color w:val="0F7A4F"/>
          <w:rtl/>
        </w:rPr>
        <w:t>תשובה אפשרית: תהליך שבו חלק גדל מהאוכלוסייה עובר לגור בערים.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ציירו במחברת תרשים פשוט של עיר: מע"ר במרכז, שכונות מגורים ואזור תעשייה. כתבו כותרת לכל חלק.</w:t>
      </w:r>
    </w:p>
    <w:p>
      <w:pPr>
        <w:bidi/>
        <w:spacing w:before="0" w:after="80"/>
      </w:pPr>
      <w:r>
        <w:rPr>
          <w:color w:val="0F7A4F"/>
          <w:rtl/>
        </w:rPr>
        <w:t>תשובה אפשרית: תרשים עם מע"ר במרכז, שכונות סביבו, ואזור תעשייה בשוליים ליד דרך ראשית.</w:t>
      </w:r>
    </w:p>
    <w:p>
      <w:pPr>
        <w:bidi/>
        <w:spacing w:before="160" w:after="80"/>
      </w:pPr>
      <w:r>
        <w:rPr>
          <w:rFonts w:ascii="Times New Roman" w:hAnsi="Times New Roman" w:cs="Times New Roman"/>
          <w:b/>
          <w:bCs/>
          <w:color w:val="9F1239"/>
          <w:sz w:val="30"/>
          <w:szCs w:val="30"/>
          <w:rtl/>
        </w:rPr>
        <w:t>פרק 6: בעיות העיר ופיתוח בר-קיימא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יישובים קטנים ושקטים מסביב לעיר הגדולה נקראים פרברים.</w:t>
      </w:r>
    </w:p>
    <w:p>
      <w:pPr>
        <w:bidi/>
        <w:spacing w:before="0" w:after="40"/>
      </w:pPr>
      <w:r>
        <w:rPr>
          <w:rtl/>
        </w:rPr>
        <w:t>ב. זיהום אוויר בעיר נגרם בעיקר מתחבורה ומתעשייה.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בעיה בעיר, הסיבה שלה ופתרון.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בעיה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פקקים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יוממות, הרבה רכבים פרטיים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תחבורה ציבורית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תחבורה ותעשייה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רכבים חשמליים, פיקוח על מפעלים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שכונות עוני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עיור יתר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בניית דיור ושירותים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בנייה לגובה חוסכת שטחים פתוחים.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פירוור מקטין את הפקקים בכניסה לעיר.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פירוור מגדיל את היוממות ואת הפקקים.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צעד מתאים לפיתוח בר-קיימא?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הקמת רכבת קלה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במילים שלכם מהו פיתוח בר-קיימא, ותנו דוגמה.</w:t>
      </w:r>
    </w:p>
    <w:p>
      <w:pPr>
        <w:bidi/>
        <w:spacing w:before="0" w:after="80"/>
      </w:pPr>
      <w:r>
        <w:rPr>
          <w:color w:val="0F7A4F"/>
          <w:rtl/>
        </w:rPr>
        <w:t>תשובה אפשרית: פיתוח שעונה על צורכי היום בלי לפגוע בדורות הבאים, למשל מחזור או תחבורה ציבורית.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למה עיור יתר יוצר שכונות עוני?</w:t>
      </w:r>
    </w:p>
    <w:p>
      <w:pPr>
        <w:bidi/>
        <w:spacing w:before="0" w:after="80"/>
      </w:pPr>
      <w:r>
        <w:rPr>
          <w:color w:val="0F7A4F"/>
          <w:rtl/>
        </w:rPr>
        <w:t>תשובה אפשרית: כי אנשים מגיעים מהר יותר משהעיר בונה דירות, תשתיות ושירותים.</w:t>
      </w:r>
    </w:p>
    <w:p>
      <w:pPr>
        <w:bidi/>
        <w:spacing w:before="160" w:after="80"/>
      </w:pPr>
      <w:r>
        <w:rPr>
          <w:rFonts w:ascii="Times New Roman" w:hAnsi="Times New Roman" w:cs="Times New Roman"/>
          <w:b/>
          <w:bCs/>
          <w:color w:val="9F1239"/>
          <w:sz w:val="30"/>
          <w:szCs w:val="30"/>
          <w:rtl/>
        </w:rPr>
        <w:t>פרק 7: פערי פיתוח בעולם ומדדי פיתוח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מדד למה שהוא מודד.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תמ"ג לנפש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כמה שנים צפוי אדם לחיות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תוחלת חיים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השכלה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יודעי קרוא וכתוב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בריאות ורפואה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תמותת תינוקות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כמה הכלכלה מייצרת לכל תושב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ישראל נחשבת מדינה מפותחת.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עבר קולוניאלי אינו קשור לפערי פיתוח.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עבר קולוניאלי הוא אחת הסיבות לפערי פיתוח.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בחרו את התשובה הנכונה.</w:t>
      </w:r>
    </w:p>
    <w:p>
      <w:pPr>
        <w:bidi/>
        <w:spacing w:before="0" w:after="20"/>
      </w:pPr>
      <w:r>
        <w:rPr>
          <w:rtl/>
        </w:rPr>
        <w:t>א. מהם שלושת התחומים של מדד הפיתוח האנושי?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בריאות, השכלה, הכנסה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השלימו.</w:t>
      </w:r>
    </w:p>
    <w:p>
      <w:pPr>
        <w:bidi/>
        <w:spacing w:before="0" w:after="40"/>
      </w:pPr>
      <w:r>
        <w:rPr>
          <w:rtl/>
        </w:rPr>
        <w:t>א. התוצר המקומי הגולמי מקוצר תמ"ג.</w:t>
      </w:r>
    </w:p>
    <w:p>
      <w:pPr>
        <w:bidi/>
        <w:spacing w:before="0" w:after="40"/>
      </w:pPr>
      <w:r>
        <w:rPr>
          <w:rtl/>
        </w:rPr>
        <w:t>ב. ארגון שמחשב את מדד הפיתוח האנושי: האו"ם.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כדאי להשוות כמה מדדים ולא רק את התמ"ג לנפש?</w:t>
      </w:r>
    </w:p>
    <w:p>
      <w:pPr>
        <w:bidi/>
        <w:spacing w:before="0" w:after="80"/>
      </w:pPr>
      <w:r>
        <w:rPr>
          <w:color w:val="0F7A4F"/>
          <w:rtl/>
        </w:rPr>
        <w:t>תשובה אפשרית: כי מדינה יכולה להיות עשירה אבל עם השכלה או בריאות חלשות; כמה מדדים נותנים תמונה מלאה.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הציעו פרויקט אחד שארגון סיוע יכול לעשות במדינה מתפתחת, והסבירו במה הוא יעזור.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קידוח באר מים – פחות מחלות, ילדים מבלים פחות זמן בהבאת מים ויותר בלימודים.</w:t>
      </w:r>
    </w:p>
    <w:p>
      <w:pPr>
        <w:bidi/>
        <w:spacing w:before="160" w:after="80"/>
      </w:pPr>
      <w:r>
        <w:rPr>
          <w:rFonts w:ascii="Times New Roman" w:hAnsi="Times New Roman" w:cs="Times New Roman"/>
          <w:b/>
          <w:bCs/>
          <w:color w:val="9F1239"/>
          <w:sz w:val="30"/>
          <w:szCs w:val="30"/>
          <w:rtl/>
        </w:rPr>
        <w:t>פרק 8: בעיות סביבה חוצות גבולות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אירועי מזג אוויר קיצוניים כוללים בצורות, שיטפונות וגלי חום.</w:t>
      </w:r>
    </w:p>
    <w:p>
      <w:pPr>
        <w:bidi/>
        <w:spacing w:before="0" w:after="40"/>
      </w:pPr>
      <w:r>
        <w:rPr>
          <w:rtl/>
        </w:rPr>
        <w:t>ב. הים התיכון משותף לכל המדינות שסביבו.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בעיה, תוצאה ופתרון משותף.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בעיה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 משותף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שינוי אקלים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קרחונים נמסים, גלי חום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הסכם להפחתת גזי חממה, אנרגיה מתחדשת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פלסטיק 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פגיעה בבעלי חיים ובחופים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הסכם להפחתת פלסטיק, ניקוי חופים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אנרגיה מתחדשת מפחיתה את פליטת גזי החממה.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כריתת יערות עוזרת להילחם בשינוי האקלים.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כריתת יערות מגבירה את שינוי האקלים, כי עצים קולטים פחמן דו-חמצני.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מהבאים הוא משאב משותף?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נהר שעובר בשלוש מדינות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מדינות צריכות לחתום על הסכמים כדי לשמור על הסביבה?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הבעיות חוצות גבולות, ומדינה אחת לבד לא יכולה לפתור אותן.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בעיה סביבתית אחת וכתבו מה כל אחד מאיתנו יכול לעשות ומה המדינה יכולה לעשות.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 זיהום אוויר: אני – תחבורה ציבורית; המדינה – אנרגיה סולארית ופיקוח על מפעלים.</w:t>
      </w:r>
    </w:p>
    <w:p>
      <w:pPr>
        <w:bidi/>
        <w:spacing w:before="160" w:after="80"/>
      </w:pPr>
      <w:r>
        <w:rPr>
          <w:rFonts w:ascii="Times New Roman" w:hAnsi="Times New Roman" w:cs="Times New Roman"/>
          <w:b/>
          <w:bCs/>
          <w:color w:val="9F1239"/>
          <w:sz w:val="30"/>
          <w:szCs w:val="30"/>
          <w:rtl/>
        </w:rPr>
        <w:t>חזרה – מה למדנו?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חזרה: השלימו בעזרת מחסן המילים.</w:t>
      </w:r>
    </w:p>
    <w:p>
      <w:pPr>
        <w:bidi/>
        <w:spacing w:before="0" w:after="40"/>
      </w:pPr>
      <w:r>
        <w:rPr>
          <w:rtl/>
        </w:rPr>
        <w:t>א. העולם המחובר נקרא «כפר עולמי».</w:t>
      </w:r>
    </w:p>
    <w:p>
      <w:pPr>
        <w:bidi/>
        <w:spacing w:before="0" w:after="40"/>
      </w:pPr>
      <w:r>
        <w:rPr>
          <w:rtl/>
        </w:rPr>
        <w:t>ב. מספר תושבים חלקי שטח: צפיפות אוכלוסייה.</w:t>
      </w:r>
    </w:p>
    <w:p>
      <w:pPr>
        <w:bidi/>
        <w:spacing w:before="0" w:after="40"/>
      </w:pPr>
      <w:r>
        <w:rPr>
          <w:rtl/>
        </w:rPr>
        <w:t>ג. נולדים פחות מתים: ריבוי טבעי.</w:t>
      </w:r>
    </w:p>
    <w:p>
      <w:pPr>
        <w:bidi/>
        <w:spacing w:before="0" w:after="40"/>
      </w:pPr>
      <w:r>
        <w:rPr>
          <w:rtl/>
        </w:rPr>
        <w:t>ד. מרכז העסקים הראשי בעיר: מע"ר.</w:t>
      </w:r>
    </w:p>
    <w:p>
      <w:pPr>
        <w:bidi/>
        <w:spacing w:before="0" w:after="40"/>
      </w:pPr>
      <w:r>
        <w:rPr>
          <w:rtl/>
        </w:rPr>
        <w:t>ה. נסיעה יומית לעבודה בעיר אחרת: יוממות.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חזרה: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תאגיד רב-לאומי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בריאות, השכלה והכנסה במספר אחד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גורם דחיפה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אנרגיה מהשמש ומהרוח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עיור יתר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יותר אנשים מאשר דירות ושירותים בעיר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מדד פיתוח אנושי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חברה שפועלת בהרבה מדינות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אנרגיה מתחדשת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סיבה לעזוב מקום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חזרה: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היום יותר ממחצית בני האדם גרים בערים.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פירמידה עם בסיס צר מראה אוכלוסייה צעירה.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בסיס צר מראה אוכלוסייה מזדקנת.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זיהום נהר יכול לפגוע בכמה מדינות.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מלחמה היא גורם משיכה להגירה.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מלחמה היא גורם דחיפה.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חזרה: מיינו לפי הנושא.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אוכלוסייה והגירה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עיר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פיתוח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פירמידת גילים, גורמי דחיפה ומשיכה, פליטים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מע"ר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תמ"ג לנפש, תוחלת חיים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חזרה: בחרו נושא אחד שלמדתם השנה, והסבירו איך הוא קשור לגלובליזציה.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 הגירה: בזכות תחבורה ותקשורת קל יותר לעבור בין מדינות; או בעיות סביבה שעוברות בין מדינות.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