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למבחן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📝 מבחן מסכם – רמה בסיסית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יישום וחשיבה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א': הבנת טקסט מידע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(10 נק')</w:t>
      </w:r>
    </w:p>
    <w:p>
      <w:pPr>
        <w:bidi/>
        <w:spacing w:before="0" w:after="20"/>
      </w:pPr>
      <w:r>
        <w:rPr>
          <w:rtl/>
        </w:rPr>
        <w:t>א. למה מעט מים מגיעים היום לים המלח?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מי הירדן והכנרת נשאבים לשתייה ולחקלאות</w:t>
      </w:r>
    </w:p>
    <w:p>
      <w:pPr>
        <w:bidi/>
        <w:spacing w:before="0" w:after="20"/>
      </w:pPr>
      <w:r>
        <w:rPr>
          <w:rtl/>
        </w:rPr>
        <w:t>ב. איזה סוג בליה יוצר את הבולענים?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בליה כימית – המסת מלח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לפי הטקסט. (10 נק')</w:t>
      </w:r>
    </w:p>
    <w:p>
      <w:pPr>
        <w:bidi/>
        <w:spacing w:before="0" w:after="40"/>
      </w:pPr>
      <w:r>
        <w:rPr>
          <w:rtl/>
        </w:rPr>
        <w:t>א. ים המלח נמצא בשבר הסורי-אפריקני.</w:t>
      </w:r>
    </w:p>
    <w:p>
      <w:pPr>
        <w:bidi/>
        <w:spacing w:before="0" w:after="40"/>
      </w:pPr>
      <w:r>
        <w:rPr>
          <w:rtl/>
        </w:rPr>
        <w:t>ב. האקלים באזור ים המלח מדברי.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כתבו שתי סיבות לירידת מפלס ים המלח. (10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מעט מים מגיעים מהירדן כי שואבים אותם; המפעלים שואבים מים; האידוי חזק באקלים המדברי.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הציעו דרך אחת להאט את ירידת המפלס, והסבירו אותה. (10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להזרים יותר מים לירדן בזכות התפלה (פחות שאיבה מהכנרת), או להוביל מים מהים האדום – כך יגיעו יותר מים לים.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הידרוספרה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נוצר משכבות שנדחסו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טרופוספרה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כל המים בכדור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גבול מתרחק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לוחות מתרחקים ונוצר קרום חדש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סלע משקע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השכבה שבה מתרחש מזג האוויר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 (15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בקיץ חם כי כדור הארץ קרוב יותר לשמש.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בקיץ חם בגלל נטיית הציר: קרניים ישרות ויום ארוך.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מגמה שיוצאת מהר געש נקראת לבה.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רוב המים בכדור הארץ מתוקים.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כ-97% מהמים מלוחים.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מיינו: משאב מתכלה או מתחדש?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מתכלה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מתחדש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פחם, גז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רוח, שמש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ג': יישום וחשיבה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בחוף הטמפרטורה 26°. חשבו לפי ירידה של 6° לכל ק"מ.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גובה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טמפרטורה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26°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1,000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20°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פסגה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2,000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14°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מה תעשו אם תתחיל רעידת אדמה כשאתם בכיתה בקומה השלישית? נמקו. (15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להיכנס לממ"ד או לחדר המדרגות, או להתגונן מתחת לשולחן חזק, להתרחק מחלונות ולא להשתמש במעלית – כי היציאה מהבניין לוקחת זמן רב מדי.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