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מסדר גבוה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ניתוח טקסט ונתונים (45 נק')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איסלנד – אי של אש וקרח</w:t>
      </w:r>
    </w:p>
    <w:p>
      <w:pPr>
        <w:bidi/>
        <w:spacing w:before="0" w:after="80"/>
      </w:pPr>
      <w:r>
        <w:rPr>
          <w:rtl/>
        </w:rPr>
        <w:t>איסלנד נמצאת על רכס אמצע האוקיינוס האטלנטי, בדיוק במקום שבו הלוח האמריקני והלוח האירו-אסייתי מתרחקים זה מזה בכ-2 ס"מ בשנה. לכן יש בה עשרות הרי געש פעילים, מעיינות חמים ורעידות אדמה קטנות רבות.</w:t>
      </w:r>
    </w:p>
    <w:p>
      <w:pPr>
        <w:bidi/>
        <w:spacing w:before="0" w:after="80"/>
      </w:pPr>
      <w:r>
        <w:rPr>
          <w:rtl/>
        </w:rPr>
        <w:t>למרות שהיא קרובה לחוג הקוטב הצפוני, החורף בחופי איסלנד מתון יחסית בזכות זרם הגולף – זרם ים חם שמגיע מהאזור הטרופי. בפנים האי, בגובה רב, יש קרחונים גדולים.</w:t>
      </w:r>
    </w:p>
    <w:p>
      <w:pPr>
        <w:bidi/>
        <w:spacing w:before="0" w:after="80"/>
      </w:pPr>
      <w:r>
        <w:rPr>
          <w:rtl/>
        </w:rPr>
        <w:t>תושבי איסלנד מנצלים את החום שבתוך כדור הארץ: כמעט כל הבתים מחוממים במים חמים מבטן האדמה, וכמעט כל החשמל מיוצר מאנרגיה גאותרמית ומסכרים על נהרות הקרחונים.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איזה סוג גבול לוחות עובר באיסלנד?</w:t>
      </w:r>
    </w:p>
    <w:p>
      <w:pPr>
        <w:bidi/>
        <w:spacing w:before="0" w:after="80"/>
      </w:pPr>
      <w:r>
        <w:rPr>
          <w:rtl/>
        </w:rPr>
        <w:t xml:space="preserve">   ○ גבול מתרחק      ○ גבול מתקרב      ○ גבול מחליק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את הקשר בין המיקום של איסלנד לבין הרי הגעש שבה.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גורם אקלים והשפעתו באיסלנד.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אקלים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ההשפעה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רוחב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זרם הגולף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גובה בפנים האי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האם משק האנרגיה של איסלנד בר-קיימא? נמקו בעזרת המושגים «מתכלה» ו«מתחדש».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בליה כימית משנה את החומר שממנו בנוי הסלע.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כשבחצי הכדור הצפוני קיץ, גם בדרומי קיץ.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שאיבת יתר מאקוויפר החוף עלולה להמליח אותו.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תופעה לגורם שלה.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יום ולילה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השקעה בשפך נהר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בריזה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רעידת אדמה בקרקעית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דלתה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הבדלי חימום בין ים ליבשה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צונאמי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סיבוב כדור הארץ סביב צירו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ישראל מתפילה מי ים, למרות שזה יקר? (8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מסדר גבוה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הסבירו איך שריפת דלקים (ביוספרה ואדם) משפיעה על האטמוספרה ועל ההידרוספרה.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עירייה רוצה לבנות שכונה חדשה סמוך לשבר פעיל. כתבו שתי המלצות.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