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מחוון למבחן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נקודות.</w:t>
      </w:r>
    </w:p>
    <w:p>
      <w:pPr>
        <w:bidi/>
        <w:spacing w:before="200" w:after="80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ניתוח טקסט ונתונים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והבנה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חשיבה מסדר גבוה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א': ניתוח טקסט ונתונים (45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בחרו את התשובה הנכונה. (8 נק')</w:t>
      </w:r>
    </w:p>
    <w:p>
      <w:pPr>
        <w:bidi/>
        <w:spacing w:before="0" w:after="20"/>
      </w:pPr>
      <w:r>
        <w:rPr>
          <w:rtl/>
        </w:rPr>
        <w:t>א. איזה סוג גבול לוחות עובר באיסלנד?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גבול מתרחק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את הקשר בין המיקום של איסלנד לבין הרי הגעש שבה. (12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איסלנד נמצאת בגבול מתרחק; כשהלוחות מתרחקים מגמה עולה מהמעטפת ויוצאת כלבה – ולכן יש בה הרי געש פעילים.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השלימו: גורם אקלים והשפעתו באיסלנד. (12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גורם אקלים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ההשפעה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קו רוחב גבוה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קר יחסית, קרוב לחוג הקוטב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זרם הגולף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מחמם את החופים, חורף מתון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גובה בפנים האי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קר יותר, קרחונים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האם משק האנרגיה של איסלנד בר-קיימא? נמקו בעזרת המושגים «מתכלה» ו«מתחדש». (13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כן – רוב האנרגיה מתחדשת (גאותרמית ומים), ולכן היא לא נגמרת וכמעט לא פולטת גזי חממה, בניגוד לדלקים מתכלים.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ב': ידע והבנה (30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נכון או לא נכון? תקנו את הלא נכונים. (12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בליה כימית משנה את החומר שממנו בנוי הסלע.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כשבחצי הכדור הצפוני קיץ, גם בדרומי קיץ.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כשבצפון קיץ, בדרום חורף.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שאיבת יתר מאקוויפר החוף עלולה להמליח אותו.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תופעה לגורם שלה.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יום ולילה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השקעה בשפך נהר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בריזה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רעידת אדמה בקרקעית הים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דלתה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הבדלי חימום בין ים ליבשה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צונאמי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סיבוב כדור הארץ סביב צירו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מדוע ישראל מתפילה מי ים, למרות שזה יקר? (8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הגשם מועט ויורד רק בחורף, יש בצורות, והאוכלוסייה גדלה; המקורות הטבעיים לא מספיקים.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ג': חשיבה מסדר גבוה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הסבירו איך שריפת דלקים (ביוספרה ואדם) משפיעה על האטמוספרה ועל ההידרוספרה. (12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השריפה מוסיפה גזי חממה לאטמוספרה, כדור הארץ מתחמם, הקרחונים נמסים ופני הים עולים (הידרוספרה).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עירייה רוצה לבנות שכונה חדשה סמוך לשבר פעיל. כתבו שתי המלצות. (13 נק')</w:t>
      </w:r>
    </w:p>
    <w:p>
      <w:pPr>
        <w:bidi/>
        <w:spacing w:before="0" w:after="80"/>
      </w:pPr>
      <w:r>
        <w:rPr>
          <w:color w:val="0F7A4F"/>
          <w:rtl/>
        </w:rPr>
        <w:t>תשובה אפשרית: לבנות לפי תקן עמיד לרעידות; לא לבנות ממש על קו השבר; לתכנן ממ"דים ושטחים פתוחים; לקיים תרגילים.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