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ארבע הספרות של כדור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מחסן מילים: גאוספרה  |  אטמוספרה  |  הידרוספרה  |  ביוספרה  |  שמש</w:t>
      </w:r>
    </w:p>
    <w:p>
      <w:pPr>
        <w:bidi/>
        <w:spacing w:before="0" w:after="60"/>
      </w:pPr>
      <w:r>
        <w:rPr>
          <w:rtl/>
        </w:rPr>
        <w:t>א. סלעים, קרקע והרים שייכים ל__________.</w:t>
      </w:r>
    </w:p>
    <w:p>
      <w:pPr>
        <w:bidi/>
        <w:spacing w:before="0" w:after="60"/>
      </w:pPr>
      <w:r>
        <w:rPr>
          <w:rtl/>
        </w:rPr>
        <w:t>ב. עננים ורוחות שייכים ל__________.</w:t>
      </w:r>
    </w:p>
    <w:p>
      <w:pPr>
        <w:bidi/>
        <w:spacing w:before="0" w:after="60"/>
      </w:pPr>
      <w:r>
        <w:rPr>
          <w:rtl/>
        </w:rPr>
        <w:t>ג. קרחונים ומי תהום שייכים ל__________.</w:t>
      </w:r>
    </w:p>
    <w:p>
      <w:pPr>
        <w:bidi/>
        <w:spacing w:before="0" w:after="60"/>
      </w:pPr>
      <w:r>
        <w:rPr>
          <w:rtl/>
        </w:rPr>
        <w:t>ד. צמחים ובעלי חיים שייכים ל__________.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מרכיב לספרה שלו.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המילים: חמצן  |  אגם  |  גרניט  |  אלון  |  חול  |  דולפין  |  אדי מים באוויר  |  נהר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אטמוספרה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הידרוספרה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גאוספרה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ביוספרה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האדם אינו שייך לאף ספרה.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שינוי בספרה אחת יכול להשפיע על ספרה אחרת.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קרחונים שייכים לגאוספרה.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התפרצות בהר געש באיסלנד</w:t>
      </w:r>
    </w:p>
    <w:p>
      <w:pPr>
        <w:bidi/>
        <w:spacing w:before="0" w:after="80"/>
      </w:pPr>
      <w:r>
        <w:rPr>
          <w:rtl/>
        </w:rPr>
        <w:t>בשנת 2010 התפרץ הר געש באיסלנד. ענן אפר ענק עלה לגובה של כמה קילומטרים ונישא ברוח מעל אירופה.</w:t>
      </w:r>
    </w:p>
    <w:p>
      <w:pPr>
        <w:bidi/>
        <w:spacing w:before="0" w:after="80"/>
      </w:pPr>
      <w:r>
        <w:rPr>
          <w:rtl/>
        </w:rPr>
        <w:t>בגלל האפר באוויר בוטלו אלפי טיסות. האפר ירד על שדות וכיסה את הצמחים, והקרח שעל ההר נמס וגרם לשיטפונות בנהרות שבסביבה.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הקטע, איך ההתפרצות (גאוספרה) השפיעה על האטמוספרה ועל ההידרוספרה?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ההתפרצות השפיעה על הביוספרה? כתבו דוגמה אחת מהקטע.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