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🪐 כדור הארץ במערכת השמש וביקום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יקום ← גלקסיה (שביל החלב) ← מערכת השמש ← כדור הארץ ← ירח.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השמש היא כוכב; כדור הארץ הוא כוכב לכת.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כוכבי הלכת: סלעיים – חמה, נוגה, ארץ, מאדים; ענקי גז – צדק, שבתאי, אורנוס, נפטון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זכרו את הסדר מהשמש החוצה: חמה, נוגה, ארץ, מאדים, צדק, שבתאי, אורנוס, נפטון.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