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כדור הארץ במערכת השמש וביקום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כדור הארץ במערכת השמש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מהגדול לקטן</w:t>
      </w:r>
    </w:p>
    <w:p>
      <w:pPr>
        <w:bidi/>
        <w:spacing w:before="0" w:after="20"/>
      </w:pPr>
      <w:r>
        <w:rPr>
          <w:rtl/>
        </w:rPr>
        <w:t>1. יקום ← גלקסיה (שביל החלב) ← מערכת השמש ← כדור הארץ ← ירח.</w:t>
      </w:r>
    </w:p>
    <w:p>
      <w:pPr>
        <w:bidi/>
        <w:spacing w:before="0" w:after="20"/>
      </w:pPr>
      <w:r>
        <w:rPr>
          <w:rtl/>
        </w:rPr>
        <w:t>2. השמש היא כוכב; כדור הארץ הוא כוכב לכת.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כוכבי הלכת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שמות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תכונות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סלעיים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חמה, נוגה, ארץ, מאדים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קטנים, קרובים לשמש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ענקי גז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צדק, שבתאי, אורנוס, נפטון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גדולים, רחוקים, קרים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זכרו את הסדר מהשמש החוצה: חמה, נוגה, ארץ, מאדים, צדק, שבתאי, אורנוס, נפטון.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אור השמש עובר כ-300,000 ק"מ בשנייה. בכמה שניות הוא עובר 150 מיליון ק"מ?</w:t>
      </w:r>
    </w:p>
    <w:p>
      <w:pPr>
        <w:bidi/>
        <w:spacing w:before="0" w:after="20"/>
      </w:pPr>
      <w:r>
        <w:rPr>
          <w:rtl/>
        </w:rPr>
        <w:t>1. מחלקים: ‪150,000,000 ÷ 300,000‬.</w:t>
      </w:r>
    </w:p>
    <w:p>
      <w:pPr>
        <w:bidi/>
        <w:spacing w:before="0" w:after="20"/>
      </w:pPr>
      <w:r>
        <w:rPr>
          <w:rtl/>
        </w:rPr>
        <w:t>2. מקבלים 500 שניות.</w:t>
      </w:r>
    </w:p>
    <w:p>
      <w:pPr>
        <w:bidi/>
        <w:spacing w:before="0" w:after="20"/>
      </w:pPr>
      <w:r>
        <w:rPr>
          <w:rtl/>
        </w:rPr>
        <w:t>3. 500 שניות הן בערך 8 דקות.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כ-500 שניות, כ-8 דקות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כוכב הלכת השלישי מהשמש: __________.</w:t>
      </w:r>
    </w:p>
    <w:p>
      <w:pPr>
        <w:bidi/>
        <w:spacing w:before="0" w:after="60"/>
      </w:pPr>
      <w:r>
        <w:rPr>
          <w:rtl/>
        </w:rPr>
        <w:t>ב. גוף שסובב כוכב לכת: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כדור הארץ · ב. ירח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