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ח'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כדור הארץ במערכת השמש וביקום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80"/>
      </w:pPr>
      <w:r>
        <w:rPr>
          <w:color w:val="3F6212"/>
          <w:sz w:val="24"/>
          <w:szCs w:val="24"/>
          <w:rtl/>
        </w:rPr>
        <w:t>מחסן מילים: גלקסיה  |  ירח  |  כוכב חמה  |  מאדים  |  שבתאי</w:t>
      </w:r>
    </w:p>
    <w:p>
      <w:pPr>
        <w:bidi/>
        <w:spacing w:before="0" w:after="60"/>
      </w:pPr>
      <w:r>
        <w:rPr>
          <w:rtl/>
        </w:rPr>
        <w:t>א. מערכת של מיליארדי כוכבים נקראת __________.</w:t>
      </w:r>
    </w:p>
    <w:p>
      <w:pPr>
        <w:bidi/>
        <w:spacing w:before="0" w:after="60"/>
      </w:pPr>
      <w:r>
        <w:rPr>
          <w:rtl/>
        </w:rPr>
        <w:t>ב. גוף שסובב כוכב לכת נקרא __________.</w:t>
      </w:r>
    </w:p>
    <w:p>
      <w:pPr>
        <w:bidi/>
        <w:spacing w:before="0" w:after="60"/>
      </w:pPr>
      <w:r>
        <w:rPr>
          <w:rtl/>
        </w:rPr>
        <w:t>ג. כוכב הלכת הקרוב ביותר לשמש הוא __________.</w:t>
      </w:r>
    </w:p>
    <w:p>
      <w:pPr>
        <w:bidi/>
        <w:spacing w:before="0" w:after="60"/>
      </w:pPr>
      <w:r>
        <w:rPr>
          <w:rtl/>
        </w:rPr>
        <w:t>ד. כוכב הלכת שנמצא אחרי כדור הארץ הוא 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מיינו: כוכב לכת סלעי או ענק גז?</w:t>
      </w:r>
    </w:p>
    <w:p>
      <w:pPr>
        <w:bidi/>
        <w:spacing w:before="0" w:after="80"/>
      </w:pPr>
      <w:r>
        <w:rPr>
          <w:color w:val="3F6212"/>
          <w:sz w:val="24"/>
          <w:szCs w:val="24"/>
          <w:rtl/>
        </w:rPr>
        <w:t>המילים: נוגה  |  צדק  |  מאדים  |  שבתאי  |  כוכב חמה  |  נפטון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סלעי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ענק גז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השמש היא כוכב לכת.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אור השמש מגיע לכדור הארץ בכ-8 דקות.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במערכת השמש יש עשרה כוכבי לכת.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כוכב לכת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סוג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מקום מהשמש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כדור הארץ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צדק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נוגה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הסבירו שתי סיבות לכך שיש חיים בכדור הארץ.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מדוע במאדים כנראה אין היום חיים כמו בכדור הארץ?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