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מחוון – דף עבודה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0F7A4F"/>
          <w:sz w:val="40"/>
          <w:szCs w:val="40"/>
          <w:rtl/>
        </w:rPr>
        <w:t>🔑 מחוון – כדור הארץ במערכת השמש וביקום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</w:pPr>
      <w:r>
        <w:rPr>
          <w:rtl/>
        </w:rPr>
        <w:t>א. מערכת של מיליארדי כוכבים נקראת גלקסיה.</w:t>
      </w:r>
    </w:p>
    <w:p>
      <w:pPr>
        <w:bidi/>
        <w:spacing w:before="0" w:after="40"/>
      </w:pPr>
      <w:r>
        <w:rPr>
          <w:rtl/>
        </w:rPr>
        <w:t>ב. גוף שסובב כוכב לכת נקרא ירח.</w:t>
      </w:r>
    </w:p>
    <w:p>
      <w:pPr>
        <w:bidi/>
        <w:spacing w:before="0" w:after="40"/>
      </w:pPr>
      <w:r>
        <w:rPr>
          <w:rtl/>
        </w:rPr>
        <w:t>ג. כוכב הלכת הקרוב ביותר לשמש הוא כוכב חמה.</w:t>
      </w:r>
    </w:p>
    <w:p>
      <w:pPr>
        <w:bidi/>
        <w:spacing w:before="0" w:after="40"/>
      </w:pPr>
      <w:r>
        <w:rPr>
          <w:rtl/>
        </w:rPr>
        <w:t>ד. כוכב הלכת שנמצא אחרי כדור הארץ הוא מאדים.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כוכב לכת סלעי או ענק גז?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סלעי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ענק גז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נוגה, מאדים, כוכב חמה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צדק, שבתאי, נפטון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השמש היא כוכב לכת.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השמש היא כוכב.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אור השמש מגיע לכדור הארץ בכ-8 דקות.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במערכת השמש יש עשרה כוכבי לכת.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במערכת השמש יש שמונה כוכבי לכת.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כוכב לכת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סוג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מקום מהשמש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כדור הארץ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סלעי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3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צדק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ענק גז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5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נוגה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סלעי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2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הסבירו שתי סיבות לכך שיש חיים בכדור הארץ.</w:t>
      </w:r>
    </w:p>
    <w:p>
      <w:pPr>
        <w:bidi/>
        <w:spacing w:before="0" w:after="80"/>
      </w:pPr>
      <w:r>
        <w:rPr>
          <w:color w:val="0F7A4F"/>
          <w:rtl/>
        </w:rPr>
        <w:t>תשובה אפשרית: מרחק מתאים מהשמש ולכן יש מים נוזליים; אטמוספרה שמגינה ושומרת על החום.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מדוע במאדים כנראה אין היום חיים כמו בכדור הארץ?</w:t>
      </w:r>
    </w:p>
    <w:p>
      <w:pPr>
        <w:bidi/>
        <w:spacing w:before="0" w:after="80"/>
      </w:pPr>
      <w:r>
        <w:rPr>
          <w:color w:val="0F7A4F"/>
          <w:rtl/>
        </w:rPr>
        <w:t>תשובה אפשרית: הוא קר מאוד, האטמוספרה שלו דלילה מאוד ואין בו מים נוזליים על פני השטח.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