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תנועות כדור הארץ: יום ולילה ועונות השנה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תנועות כדור הארץ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שתי תנועות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תנועה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סיבוב סביב הציר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יממה – 24 שעות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יום ולילה, אזורי זמן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הקפת השמש (עם נטיית הציר)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שנה – 365¼ ימים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עונות השנה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קיץ וחורף</w:t>
      </w:r>
    </w:p>
    <w:p>
      <w:pPr>
        <w:bidi/>
        <w:spacing w:before="0" w:after="20"/>
      </w:pPr>
      <w:r>
        <w:rPr>
          <w:rtl/>
        </w:rPr>
        <w:t>1. קיץ: קרניים ישרות, יום ארוך, חם.</w:t>
      </w:r>
    </w:p>
    <w:p>
      <w:pPr>
        <w:bidi/>
        <w:spacing w:before="0" w:after="20"/>
      </w:pPr>
      <w:r>
        <w:rPr>
          <w:rtl/>
        </w:rPr>
        <w:t>2. חורף: קרניים משופעות, יום קצר, קר.</w:t>
      </w:r>
    </w:p>
    <w:p>
      <w:pPr>
        <w:bidi/>
        <w:spacing w:before="0" w:after="20"/>
      </w:pPr>
      <w:r>
        <w:rPr>
          <w:rtl/>
        </w:rPr>
        <w:t>3. בחצי הכדור הדרומי – העונות הפוכות.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יום ולילה – בגלל הסיבוב סביב הציר. עונות – בגלל נטיית הציר בזמן ההקפה, לא בגלל המרחק מהשמש!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כדור הארץ מסתובב 360° ב-24 שעות. בכמה מעלות הוא מסתובב בשעה?</w:t>
      </w:r>
    </w:p>
    <w:p>
      <w:pPr>
        <w:bidi/>
        <w:spacing w:before="0" w:after="20"/>
      </w:pPr>
      <w:r>
        <w:rPr>
          <w:rtl/>
        </w:rPr>
        <w:t>1. מחלקים 360 ב-24.</w:t>
      </w:r>
    </w:p>
    <w:p>
      <w:pPr>
        <w:bidi/>
        <w:spacing w:before="0" w:after="20"/>
      </w:pPr>
      <w:r>
        <w:rPr>
          <w:rtl/>
        </w:rPr>
        <w:t>2. ‪360 ÷ 24 = 15‬.</w:t>
      </w:r>
    </w:p>
    <w:p>
      <w:pPr>
        <w:bidi/>
        <w:spacing w:before="0" w:after="20"/>
      </w:pPr>
      <w:r>
        <w:rPr>
          <w:rtl/>
        </w:rPr>
        <w:t>3. לכן כל 15° קו אורך = הפרש של שעה.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15° בשעה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תנועה שיוצרת יום ולילה: __________.</w:t>
      </w:r>
    </w:p>
    <w:p>
      <w:pPr>
        <w:bidi/>
        <w:spacing w:before="0" w:after="60"/>
      </w:pPr>
      <w:r>
        <w:rPr>
          <w:rtl/>
        </w:rPr>
        <w:t>ב. בחורף הקרניים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סיבוב סביב הציר · ב. משופעות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