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תנועות כדור הארץ: יום ולילה ועונות השנה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</w:pPr>
      <w:r>
        <w:rPr>
          <w:color w:val="1D4ED8"/>
          <w:sz w:val="24"/>
          <w:szCs w:val="24"/>
          <w:rtl/>
        </w:rPr>
        <w:t>מחסן מילים: ציר  |  יום  |  ישרה  |  קצר  |  ארוך</w:t>
      </w:r>
    </w:p>
    <w:p>
      <w:pPr>
        <w:bidi/>
        <w:spacing w:before="0" w:after="60"/>
      </w:pPr>
      <w:r>
        <w:rPr>
          <w:rtl/>
        </w:rPr>
        <w:t>א. הקו הדמיוני שבין הקטבים נקרא __________.</w:t>
      </w:r>
    </w:p>
    <w:p>
      <w:pPr>
        <w:bidi/>
        <w:spacing w:before="0" w:after="60"/>
      </w:pPr>
      <w:r>
        <w:rPr>
          <w:rtl/>
        </w:rPr>
        <w:t>ב. הצד של כדור הארץ שפונה לשמש נמצא ב__________.</w:t>
      </w:r>
    </w:p>
    <w:p>
      <w:pPr>
        <w:bidi/>
        <w:spacing w:before="0" w:after="60"/>
      </w:pPr>
      <w:r>
        <w:rPr>
          <w:rtl/>
        </w:rPr>
        <w:t>ג. בקיץ קרני השמש מגיעות בזווית __________.</w:t>
      </w:r>
    </w:p>
    <w:p>
      <w:pPr>
        <w:bidi/>
        <w:spacing w:before="0" w:after="60"/>
      </w:pPr>
      <w:r>
        <w:rPr>
          <w:rtl/>
        </w:rPr>
        <w:t>ד. בחורף היום __________ מהלילה.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מה נגרם מהסיבוב סביב הציר ומה מהקפת השמש עם נטיית הציר?</w:t>
      </w:r>
    </w:p>
    <w:p>
      <w:pPr>
        <w:bidi/>
        <w:spacing w:before="0" w:after="80"/>
      </w:pPr>
      <w:r>
        <w:rPr>
          <w:color w:val="1D4ED8"/>
          <w:sz w:val="24"/>
          <w:szCs w:val="24"/>
          <w:rtl/>
        </w:rPr>
        <w:t>המילים: יום ולילה  |  עונות השנה  |  זריחה ושקיעה  |  יום ארוך בקיץ  |  אזורי זמן  |  שינוי בזווית הקרניים במשך השנה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סיבוב סביב הציר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הקפה ונטיית הציר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בקיץ כדור הארץ קרוב יותר לשמש, ולכן חם.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כשבישראל קיץ, באוסטרליה חורף.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השמש מסתובבת סביב כדור הארץ פעם ביום.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השלימו: קיץ או חורף בחצי הכדור הצפוני?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תיאור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עונה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השמש גבוהה בשמיים בצהריים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היום קצר והלילה ארוך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הקרניים משופעות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למה בקרניים ישרות חם יותר מאשר בקרניים משופעות?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השעה בישראל ‪12:00‬ בצהריים. האם בניו יורק השעה מוקדמת או מאוחרת? הסבירו.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