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מחוון – דף עבודה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0F7A4F"/>
          <w:sz w:val="40"/>
          <w:szCs w:val="40"/>
          <w:rtl/>
        </w:rPr>
        <w:t>🔑 מחוון – תנועות כדור הארץ: יום ולילה ועונות השנה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הקו הדמיוני שבין הקטבים נקרא ציר.</w:t>
      </w:r>
    </w:p>
    <w:p>
      <w:pPr>
        <w:bidi/>
        <w:spacing w:before="0" w:after="40"/>
      </w:pPr>
      <w:r>
        <w:rPr>
          <w:rtl/>
        </w:rPr>
        <w:t>ב. הצד של כדור הארץ שפונה לשמש נמצא ביום.</w:t>
      </w:r>
    </w:p>
    <w:p>
      <w:pPr>
        <w:bidi/>
        <w:spacing w:before="0" w:after="40"/>
      </w:pPr>
      <w:r>
        <w:rPr>
          <w:rtl/>
        </w:rPr>
        <w:t>ג. בקיץ קרני השמש מגיעות בזווית ישרה.</w:t>
      </w:r>
    </w:p>
    <w:p>
      <w:pPr>
        <w:bidi/>
        <w:spacing w:before="0" w:after="40"/>
      </w:pPr>
      <w:r>
        <w:rPr>
          <w:rtl/>
        </w:rPr>
        <w:t>ד. בחורף היום קצר מהלילה.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מה נגרם מהסיבוב סביב הציר ומה מהקפת השמש עם נטיית הציר?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סיבוב סביב הציר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הקפה ונטיית הציר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יום ולילה, זריחה ושקיעה, אזורי זמן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עונות השנה, יום ארוך בקיץ, שינוי בזווית הקרניים במשך השנה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בקיץ כדור הארץ קרוב יותר לשמש, ולכן חם.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בקיץ חם בגלל נטיית הציר: הקרניים ישרות והיום ארוך.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כשבישראל קיץ, באוסטרליה חורף.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השמש מסתובבת סביב כדור הארץ פעם ביום.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כדור הארץ מסתובב סביב הציר שלו פעם ביממה.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קיץ או חורף בחצי הכדור הצפוני?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תיאור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עונה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השמש גבוהה בשמיים בצהריים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קיץ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היום קצר והלילה ארוך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חורף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הקרניים משופעות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חורף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למה בקרניים ישרות חם יותר מאשר בקרניים משופעות?</w:t>
      </w:r>
    </w:p>
    <w:p>
      <w:pPr>
        <w:bidi/>
        <w:spacing w:before="0" w:after="80"/>
      </w:pPr>
      <w:r>
        <w:rPr>
          <w:color w:val="0F7A4F"/>
          <w:rtl/>
        </w:rPr>
        <w:t>תשובה אפשרית: קרן ישרה מרכזת את האנרגיה בשטח קטן, וקרן משופעת מפזרת אותה על שטח גדול.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השעה בישראל ‪12:00‬ בצהריים. האם בניו יורק השעה מוקדמת או מאוחרת? הסבירו.</w:t>
      </w:r>
    </w:p>
    <w:p>
      <w:pPr>
        <w:bidi/>
        <w:spacing w:before="0" w:after="80"/>
      </w:pPr>
      <w:r>
        <w:rPr>
          <w:color w:val="0F7A4F"/>
          <w:rtl/>
        </w:rPr>
        <w:t>תשובה אפשרית: מוקדמת (בערך ‪5:00‬ בבוקר), כי השמש «מגיעה» קודם למזרח – ישראל נמצאת מזרחית לניו יורק.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