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🌦️ האטמוספרה ומזג האוויר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מרכיבי מזג האוויר: טמפרטורה – מדחום; לחץ אוויר – ברומטר; משקעים – מד גשם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חם עולה = לחץ נמוך; קר יורד = לחץ גבוה.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רוח: מגבוה ← אל נמוך.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מחזור המים: התאדות ← התעבות ← משקעים ← זרימה.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רוח נעה תמיד מלחץ גבוה אל לחץ נמוך – כמו אוויר שיוצא מבלון.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