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E7490"/>
          <w:sz w:val="44"/>
          <w:szCs w:val="44"/>
          <w:rtl/>
        </w:rPr>
        <w:t>האטמוספרה ומזג האוויר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E7490"/>
          <w:sz w:val="24"/>
          <w:szCs w:val="24"/>
          <w:rtl/>
        </w:rPr>
        <w:t>דף סיכום: האטמוספרה ומזג האוויר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0E7490"/>
          <w:sz w:val="28"/>
          <w:szCs w:val="28"/>
          <w:rtl/>
        </w:rPr>
        <w:t>◆ מרכיבי מזג האוויר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מרכיב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מכשיר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יחידה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טמפרטורה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מדחום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מעלות צלזיוס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לחץ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ברומטר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מיליבר / הקטופסקל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משקעים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 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שבשבת, מד רוח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כיוון, קמ"ש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0E7490"/>
          <w:sz w:val="28"/>
          <w:szCs w:val="28"/>
          <w:rtl/>
        </w:rPr>
        <w:t>◆ חוקים חשובים</w:t>
      </w:r>
    </w:p>
    <w:p>
      <w:pPr>
        <w:bidi/>
        <w:spacing w:before="0" w:after="20"/>
      </w:pPr>
      <w:r>
        <w:rPr>
          <w:rtl/>
        </w:rPr>
        <w:t>1. חם עולה = לחץ נמוך; קר יורד = לחץ גבוה.</w:t>
      </w:r>
    </w:p>
    <w:p>
      <w:pPr>
        <w:bidi/>
        <w:spacing w:before="0" w:after="20"/>
      </w:pPr>
      <w:r>
        <w:rPr>
          <w:rtl/>
        </w:rPr>
        <w:t>2. רוח: מגבוה ← אל נמוך.</w:t>
      </w:r>
    </w:p>
    <w:p>
      <w:pPr>
        <w:bidi/>
        <w:spacing w:before="0" w:after="20"/>
      </w:pPr>
      <w:r>
        <w:rPr>
          <w:rtl/>
        </w:rPr>
        <w:t>3. מחזור המים: התאדות ← התעבות ← משקעים ← זרימה.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רוח נעה תמיד מלחץ גבוה אל לחץ נמוך – כמו אוויר שיוצא מבלון.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בחוף 30°. מה הטמפרטורה בפסגה בגובה 1,500 מ'?</w:t>
      </w:r>
    </w:p>
    <w:p>
      <w:pPr>
        <w:bidi/>
        <w:spacing w:before="0" w:after="20"/>
      </w:pPr>
      <w:r>
        <w:rPr>
          <w:rtl/>
        </w:rPr>
        <w:t>1. 1,500 מ' = 1.5 ק"מ.</w:t>
      </w:r>
    </w:p>
    <w:p>
      <w:pPr>
        <w:bidi/>
        <w:spacing w:before="0" w:after="20"/>
      </w:pPr>
      <w:r>
        <w:rPr>
          <w:rtl/>
        </w:rPr>
        <w:t>2. ירידה: ‪1.5 × 6 = 9‬°.</w:t>
      </w:r>
    </w:p>
    <w:p>
      <w:pPr>
        <w:bidi/>
        <w:spacing w:before="0" w:after="20"/>
      </w:pPr>
      <w:r>
        <w:rPr>
          <w:rtl/>
        </w:rPr>
        <w:t>3. ‪30 − 9 = 21‬°.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כ-21°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0E7490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רוח נעה מלחץ __________ ללחץ נמוך.</w:t>
      </w:r>
    </w:p>
    <w:p>
      <w:pPr>
        <w:bidi/>
        <w:spacing w:before="0" w:after="60"/>
      </w:pPr>
      <w:r>
        <w:rPr>
          <w:rtl/>
        </w:rPr>
        <w:t>ב. מכשיר למדידת משקעים: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גבוה · ב. מד גשם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