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ח'   |   מחוון – דף עבודה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0"/>
          <w:szCs w:val="40"/>
          <w:rtl/>
        </w:rPr>
        <w:t>🔑 מחוון – האטמוספרה ומזג האוויר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40"/>
      </w:pPr>
      <w:r>
        <w:rPr>
          <w:rtl/>
        </w:rPr>
        <w:t>א. אוויר חם עולה ויוצר לחץ נמוך.</w:t>
      </w:r>
    </w:p>
    <w:p>
      <w:pPr>
        <w:bidi/>
        <w:spacing w:before="0" w:after="40"/>
      </w:pPr>
      <w:r>
        <w:rPr>
          <w:rtl/>
        </w:rPr>
        <w:t>ב. מכשיר למדידת טמפרטורה הוא מדחום.</w:t>
      </w:r>
    </w:p>
    <w:p>
      <w:pPr>
        <w:bidi/>
        <w:spacing w:before="0" w:after="40"/>
      </w:pPr>
      <w:r>
        <w:rPr>
          <w:rtl/>
        </w:rPr>
        <w:t>ג. הפיכת אדים לטיפות מים נקראת התעבות.</w:t>
      </w:r>
    </w:p>
    <w:p>
      <w:pPr>
        <w:bidi/>
        <w:spacing w:before="0" w:after="40"/>
      </w:pPr>
      <w:r>
        <w:rPr>
          <w:rtl/>
        </w:rPr>
        <w:t>ד. שכבת האוזון מסננת קרינה מזיקה.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מה מתאים ללחץ נמוך ומה ללחץ גבוה?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לחץ נמוך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לחץ גבוה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עננים, אוויר עולה, גשם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שמיים בהירים, אוויר יורד, מזג אוויר יציב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ככל שעולים בהר, הטמפרטורה עולה.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ככל שעולים בהר, הטמפרטורה יורדת (כ-6° לכל ק"מ).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רוח נעה מלחץ גבוה ללחץ נמוך.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ברד הוא סוג של משקעים.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בתל אביב (גובה 0 מ') הטמפרטורה 24°. חשבו לפי ירידה של 6° לכל ק"מ.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מקום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גובה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טמפרטורה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תל אביב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0 מ'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24°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ירושלים (בערך)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800 מ'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כ-19°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החרמון (בערך)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2,000 מ'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12°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תארו בשלבים איך טיפת מים מהים הופכת לגשם.</w:t>
      </w:r>
    </w:p>
    <w:p>
      <w:pPr>
        <w:bidi/>
        <w:spacing w:before="0" w:after="80"/>
      </w:pPr>
      <w:r>
        <w:rPr>
          <w:color w:val="0F7A4F"/>
          <w:rtl/>
        </w:rPr>
        <w:t>תשובה אפשרית: השמש מחממת והמים מתאדים; האדים עולים ומתקררים ומתעבים לטיפות בענן; הטיפות כבדות ויורדות כגשם.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מדוע ביום נושבת בריזה מהים אל היבשה?</w:t>
      </w:r>
    </w:p>
    <w:p>
      <w:pPr>
        <w:bidi/>
        <w:spacing w:before="0" w:after="80"/>
      </w:pPr>
      <w:r>
        <w:rPr>
          <w:color w:val="0F7A4F"/>
          <w:rtl/>
        </w:rPr>
        <w:t>תשובה אפשרית: ביום היבשה מתחממת מהר יותר מהים, האוויר מעליה עולה ונוצר לחץ נמוך, והרוח נעה מהים (לחץ גבוה) אל היבשה.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