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אקלים, אזורי אקלים ושינוי אקלים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אקלים ושינוי אקלים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מזג אוויר ↔ אקלים</w:t>
      </w:r>
    </w:p>
    <w:p>
      <w:pPr>
        <w:bidi/>
        <w:spacing w:before="0" w:after="20"/>
      </w:pPr>
      <w:r>
        <w:rPr>
          <w:rtl/>
        </w:rPr>
        <w:t>1. מזג אוויר – זמן קצר.</w:t>
      </w:r>
    </w:p>
    <w:p>
      <w:pPr>
        <w:bidi/>
        <w:spacing w:before="0" w:after="20"/>
      </w:pPr>
      <w:r>
        <w:rPr>
          <w:rtl/>
        </w:rPr>
        <w:t>2. אקלים – ממוצע של 30 שנה ויותר.</w:t>
      </w:r>
    </w:p>
    <w:p>
      <w:pPr>
        <w:bidi/>
        <w:spacing w:before="0" w:after="20"/>
      </w:pPr>
      <w:r>
        <w:rPr>
          <w:rtl/>
        </w:rPr>
        <w:t>3. גורמי אקלים: קו רוחב, גובה, מרחק מהים, רוחות וזרמי ים.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אזורי אקלים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צמחייה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משווני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חם וגשום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יער 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מדברי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יבש מאוד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דלילה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תיכוני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קיץ יבש, חורף גשום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חורש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קוטבי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קר מאוד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טונדרה / קרח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להבחין: אם יש תאריך או «מחר» – זה מזג אוויר; אם יש «בדרך כלל» או «בכל שנה» – זה אקלים.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בעיר א' ההפרש בין קיץ לחורף 8°, ובעיר ב' 25°. איזו עיר כנראה ליד הים?</w:t>
      </w:r>
    </w:p>
    <w:p>
      <w:pPr>
        <w:bidi/>
        <w:spacing w:before="0" w:after="20"/>
      </w:pPr>
      <w:r>
        <w:rPr>
          <w:rtl/>
        </w:rPr>
        <w:t>1. הים מתחמם ומתקרר לאט.</w:t>
      </w:r>
    </w:p>
    <w:p>
      <w:pPr>
        <w:bidi/>
        <w:spacing w:before="0" w:after="20"/>
      </w:pPr>
      <w:r>
        <w:rPr>
          <w:rtl/>
        </w:rPr>
        <w:t>2. לכן ליד הים ההבדלים בין העונות קטנים.</w:t>
      </w:r>
    </w:p>
    <w:p>
      <w:pPr>
        <w:bidi/>
        <w:spacing w:before="0" w:after="20"/>
      </w:pPr>
      <w:r>
        <w:rPr>
          <w:rtl/>
        </w:rPr>
        <w:t>3. ההפרש הקטן הוא בעיר א'.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עיר א'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אקלים עם קיץ חם ויבש וחורף גשום: __________.</w:t>
      </w:r>
    </w:p>
    <w:p>
      <w:pPr>
        <w:bidi/>
        <w:spacing w:before="0" w:after="60"/>
      </w:pPr>
      <w:r>
        <w:rPr>
          <w:rtl/>
        </w:rPr>
        <w:t>ב. גזים ששומרים על החום: גזי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ים תיכוני · ב. חממה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