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9A3412"/>
          <w:sz w:val="56"/>
          <w:szCs w:val="56"/>
          <w:rtl/>
        </w:rPr>
        <w:t>🧩 מבנה כדור הארץ ותנועת הלוחות</w:t>
      </w:r>
    </w:p>
    <w:p>
      <w:pPr>
        <w:bidi/>
        <w:spacing w:before="0" w:after="160"/>
      </w:pPr>
      <w:r>
        <w:rPr>
          <w:sz w:val="36"/>
          <w:szCs w:val="36"/>
          <w:rtl/>
        </w:rPr>
        <w:t>• השכבות: קרום – מוצק; מעטפת – סלע חם שזורם; גלעין – חיצוני נוזלי, פנימי מוצק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מתרחק – קרום חדש.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מתקרב – הרים או הרי געש.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מחליק – רעידות אדמה.</w:t>
      </w:r>
    </w:p>
    <w:p>
      <w:pPr>
        <w:bidi/>
        <w:spacing w:before="0" w:after="120"/>
      </w:pPr>
      <w:r>
        <w:rPr>
          <w:b/>
          <w:bCs/>
          <w:color w:val="9A3412"/>
          <w:sz w:val="32"/>
          <w:szCs w:val="32"/>
          <w:rtl/>
        </w:rPr>
        <w:t>💡 זכרו! גבול מתרחק = יוצר קרום; גבול מתקרב = הרים או הרי געש; גבול מחליק = רעידות אדמה.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