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ח'   |   דף סיכום</w:t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מבנה כדור הארץ ותנועת הלוחות</w:t>
      </w:r>
    </w:p>
    <w:p>
      <w:pPr>
        <w:bidi/>
        <w:spacing w:before="0" w:after="160"/>
      </w:pPr>
      <w:r>
        <w:rPr>
          <w:rFonts w:ascii="Arial" w:hAnsi="Arial" w:cs="Arial"/>
          <w:b/>
          <w:bCs/>
          <w:color w:val="C2410C"/>
          <w:sz w:val="24"/>
          <w:szCs w:val="24"/>
          <w:rtl/>
        </w:rPr>
        <w:t>דף סיכום: מבנה כדור הארץ ותנועת הלוחות</w:t>
      </w: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השכבות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שכבה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מצב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הערה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קרום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מוצק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5–70 ק"מ, הכי דק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מעטפת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סלע חם שזורם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העבה ביותר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גלעין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חיצוני נוזלי, פנימי מוצק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ברזל וניקל, הכי חם</w:t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לוחות וגבולות</w:t>
      </w:r>
    </w:p>
    <w:p>
      <w:pPr>
        <w:bidi/>
        <w:spacing w:before="0" w:after="20"/>
      </w:pPr>
      <w:r>
        <w:rPr>
          <w:rtl/>
        </w:rPr>
        <w:t>1. מתרחק – קרום חדש.</w:t>
      </w:r>
    </w:p>
    <w:p>
      <w:pPr>
        <w:bidi/>
        <w:spacing w:before="0" w:after="20"/>
      </w:pPr>
      <w:r>
        <w:rPr>
          <w:rtl/>
        </w:rPr>
        <w:t>2. מתקרב – הרים או הרי געש.</w:t>
      </w:r>
    </w:p>
    <w:p>
      <w:pPr>
        <w:bidi/>
        <w:spacing w:before="0" w:after="20"/>
      </w:pPr>
      <w:r>
        <w:rPr>
          <w:rtl/>
        </w:rPr>
        <w:t>3. מחליק – רעידות אדמה.</w:t>
      </w:r>
    </w:p>
    <w:p>
      <w:pPr>
        <w:bidi/>
        <w:spacing w:before="0" w:after="20"/>
      </w:pPr>
      <w:r>
        <w:rPr>
          <w:rtl/>
        </w:rPr>
        <w:t>4. ישראל: השבר הסורי-אפריקני.</w:t>
      </w:r>
    </w:p>
    <w:p>
      <w:pPr>
        <w:bidi/>
        <w:spacing w:before="80" w:after="160"/>
      </w:pPr>
      <w:r>
        <w:rPr>
          <w:b/>
          <w:bCs/>
          <w:color w:val="9A5B00"/>
          <w:sz w:val="25"/>
          <w:szCs w:val="25"/>
          <w:rtl/>
        </w:rPr>
        <w:t>זכרו! גבול מתרחק = יוצר קרום; גבול מתקרב = הרים או הרי געש; גבול מחליק = רעידות אדמה.</w:t>
      </w:r>
    </w:p>
    <w:p>
      <w:pPr>
        <w:bidi/>
        <w:spacing w:before="120" w:after="40"/>
      </w:pPr>
      <w:r>
        <w:rPr>
          <w:b/>
          <w:bCs/>
          <w:color w:val="0F7A4F"/>
          <w:sz w:val="25"/>
          <w:szCs w:val="25"/>
          <w:rtl/>
        </w:rPr>
        <w:t>✏️ דוגמה פתורה: לוח נע 5 ס"מ בשנה. כמה ק"מ יזוז במיליון שנים?</w:t>
      </w:r>
    </w:p>
    <w:p>
      <w:pPr>
        <w:bidi/>
        <w:spacing w:before="0" w:after="20"/>
      </w:pPr>
      <w:r>
        <w:rPr>
          <w:rtl/>
        </w:rPr>
        <w:t>1. 5 ס"מ × ‪1,000,000 = 5,000,000‬ ס"מ.</w:t>
      </w:r>
    </w:p>
    <w:p>
      <w:pPr>
        <w:bidi/>
        <w:spacing w:before="0" w:after="20"/>
      </w:pPr>
      <w:r>
        <w:rPr>
          <w:rtl/>
        </w:rPr>
        <w:t>2. 100,000 ס"מ = 1 ק"מ.</w:t>
      </w:r>
    </w:p>
    <w:p>
      <w:pPr>
        <w:bidi/>
        <w:spacing w:before="0" w:after="20"/>
      </w:pPr>
      <w:r>
        <w:rPr>
          <w:rtl/>
        </w:rPr>
        <w:t>3. ‪5,000,000 ÷ 100,000 = 50‬.</w:t>
      </w:r>
    </w:p>
    <w:p>
      <w:pPr>
        <w:bidi/>
        <w:spacing w:before="0" w:after="120"/>
      </w:pPr>
      <w:r>
        <w:rPr>
          <w:b/>
          <w:bCs/>
          <w:sz w:val="25"/>
          <w:szCs w:val="25"/>
          <w:rtl/>
        </w:rPr>
        <w:t>התשובה: 50 ק"מ</w:t>
      </w:r>
    </w:p>
    <w:p>
      <w:pPr>
        <w:bidi/>
        <w:spacing w:before="120" w:after="80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בודקים את עצמנו – השלימו:</w:t>
      </w:r>
    </w:p>
    <w:p>
      <w:pPr>
        <w:bidi/>
        <w:spacing w:before="0" w:after="60"/>
      </w:pPr>
      <w:r>
        <w:rPr>
          <w:rtl/>
        </w:rPr>
        <w:t>א. שכבה של סלע חם שזורם לאט: __________.</w:t>
      </w:r>
    </w:p>
    <w:p>
      <w:pPr>
        <w:bidi/>
        <w:spacing w:before="0" w:after="60"/>
      </w:pPr>
      <w:r>
        <w:rPr>
          <w:rtl/>
        </w:rPr>
        <w:t>ב. גבול שבו לוחות מתנגשים: __________.</w:t>
      </w:r>
    </w:p>
    <w:p>
      <w:pPr>
        <w:bidi/>
        <w:spacing w:before="120" w:after="80"/>
      </w:pPr>
      <w:r>
        <w:rPr>
          <w:color w:val="5B6476"/>
          <w:sz w:val="21"/>
          <w:szCs w:val="21"/>
          <w:rtl/>
        </w:rPr>
        <w:t>תשובות לבדיקה עצמית: א. מעטפת · ב. מתקרב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