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מבנה כדור הארץ ותנועת הלוחות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1D4ED8"/>
          <w:sz w:val="24"/>
          <w:szCs w:val="24"/>
          <w:rtl/>
        </w:rPr>
        <w:t>מחסן מילים: מעטפת  |  טקטוניים  |  הרים  |  ברזל  |  מים</w:t>
      </w:r>
    </w:p>
    <w:p>
      <w:pPr>
        <w:bidi/>
        <w:spacing w:before="0" w:after="60"/>
      </w:pPr>
      <w:r>
        <w:rPr>
          <w:rtl/>
        </w:rPr>
        <w:t>א. השכבה העבה שבין הקרום לגלעין היא ה__________.</w:t>
      </w:r>
    </w:p>
    <w:p>
      <w:pPr>
        <w:bidi/>
        <w:spacing w:before="0" w:after="60"/>
      </w:pPr>
      <w:r>
        <w:rPr>
          <w:rtl/>
        </w:rPr>
        <w:t>ב. חלקי הקרום הגדולים שנעים נקראים לוחות __________.</w:t>
      </w:r>
    </w:p>
    <w:p>
      <w:pPr>
        <w:bidi/>
        <w:spacing w:before="0" w:after="60"/>
      </w:pPr>
      <w:r>
        <w:rPr>
          <w:rtl/>
        </w:rPr>
        <w:t>ג. כשלוחות מתנגשים נוצרים רכסי __________.</w:t>
      </w:r>
    </w:p>
    <w:p>
      <w:pPr>
        <w:bidi/>
        <w:spacing w:before="0" w:after="60"/>
      </w:pPr>
      <w:r>
        <w:rPr>
          <w:rtl/>
        </w:rPr>
        <w:t>ד. הגלעין עשוי בעיקר __________ וניקל.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 כל תופעה לסוג הגבול.</w:t>
      </w:r>
    </w:p>
    <w:p>
      <w:pPr>
        <w:bidi/>
        <w:spacing w:before="0" w:after="80"/>
      </w:pPr>
      <w:r>
        <w:rPr>
          <w:color w:val="1D4ED8"/>
          <w:sz w:val="24"/>
          <w:szCs w:val="24"/>
          <w:rtl/>
        </w:rPr>
        <w:t>המילים: רכס באמצע האוקיינוס  |  ההימלאיה  |  קרום חדש נוצר  |  שני לוחות מתנגשים  |  שבר סן אנדראס בקליפורניה  |  השבר הסורי-אפריקני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מתרחק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מתקרב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מחליק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הלוחות הטקטוניים נעים כמה מטרים ביום.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הקרום הוא השכבה הדקה ביותר.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ים המלח נוצר באזור השבר הסורי-אפריקני.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היבשות זזות</w:t>
      </w:r>
    </w:p>
    <w:p>
      <w:pPr>
        <w:bidi/>
        <w:spacing w:before="0" w:after="80"/>
      </w:pPr>
      <w:r>
        <w:rPr>
          <w:rtl/>
        </w:rPr>
        <w:t>לפני כ-100 שנה הציע המדען אלפרד וגנר רעיון מפתיע: פעם כל היבשות היו מחוברות ליבשת ענקית אחת, «פנגיאה». הוא שם לב שהחוף של אפריקה ושל דרום אמריקה מתאימים זה לזה כמו חלקי פאזל.</w:t>
      </w:r>
    </w:p>
    <w:p>
      <w:pPr>
        <w:bidi/>
        <w:spacing w:before="0" w:after="80"/>
      </w:pPr>
      <w:r>
        <w:rPr>
          <w:rtl/>
        </w:rPr>
        <w:t>עוד הוא מצא אותם מאובנים ואותם סוגי סלעים משני צידי האוקיינוס האטלנטי. בתחילה לא האמינו לו, אבל היום אנחנו יודעים שהיבשות אכן זזות – יחד עם הלוחות.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לפי הקטע, אילו שתי ראיות מצא וגנר לכך שהיבשות היו מחוברות?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איך הרעיון של וגנר קשור ללוחות הטקטוניים?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