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מבנה כדור הארץ ותנועת הלוחות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השכבה העבה שבין הקרום לגלעין היא המעטפת.</w:t>
      </w:r>
    </w:p>
    <w:p>
      <w:pPr>
        <w:bidi/>
        <w:spacing w:before="0" w:after="40"/>
      </w:pPr>
      <w:r>
        <w:rPr>
          <w:rtl/>
        </w:rPr>
        <w:t>ב. חלקי הקרום הגדולים שנעים נקראים לוחות טקטוניים.</w:t>
      </w:r>
    </w:p>
    <w:p>
      <w:pPr>
        <w:bidi/>
        <w:spacing w:before="0" w:after="40"/>
      </w:pPr>
      <w:r>
        <w:rPr>
          <w:rtl/>
        </w:rPr>
        <w:t>ג. כשלוחות מתנגשים נוצרים רכסי הרים.</w:t>
      </w:r>
    </w:p>
    <w:p>
      <w:pPr>
        <w:bidi/>
        <w:spacing w:before="0" w:after="40"/>
      </w:pPr>
      <w:r>
        <w:rPr>
          <w:rtl/>
        </w:rPr>
        <w:t>ד. הגלעין עשוי בעיקר ברזל וניקל.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תופעה לסוג הגבול.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מתרחק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מתקרב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מחליק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רכס באמצע האוקיינוס, קרום חדש נוצר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ההימלאיה, שני לוחות מתנגשים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שבר סן אנדראס בקליפורניה, השבר הסורי-אפריקני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הלוחות הטקטוניים נעים כמה מטרים ביום.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הלוחות נעים כמה סנטימטרים בשנה.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הקרום הוא השכבה הדקה ביותר.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ים המלח נוצר באזור השבר הסורי-אפריקני.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הקטע, אילו שתי ראיות מצא וגנר לכך שהיבשות היו מחוברות?</w:t>
      </w:r>
    </w:p>
    <w:p>
      <w:pPr>
        <w:bidi/>
        <w:spacing w:before="0" w:after="80"/>
      </w:pPr>
      <w:r>
        <w:rPr>
          <w:color w:val="0F7A4F"/>
          <w:rtl/>
        </w:rPr>
        <w:t>תשובה אפשרית: החופים של אפריקה ודרום אמריקה מתאימים כמו פאזל; אותם מאובנים וסלעים משני צידי האוקיינוס.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הרעיון של וגנר קשור ללוחות הטקטוניים?</w:t>
      </w:r>
    </w:p>
    <w:p>
      <w:pPr>
        <w:bidi/>
        <w:spacing w:before="0" w:after="80"/>
      </w:pPr>
      <w:r>
        <w:rPr>
          <w:color w:val="0F7A4F"/>
          <w:rtl/>
        </w:rPr>
        <w:t>תשובה אפשרית: היבשות נמצאות על לוחות שנעים לאט, ולכן במשך מיליוני שנים הן התרחקו זו מזו.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