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דף סיכום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A16207"/>
          <w:sz w:val="44"/>
          <w:szCs w:val="44"/>
          <w:rtl/>
        </w:rPr>
        <w:t>רעידות אדמה והרי געש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A16207"/>
          <w:sz w:val="24"/>
          <w:szCs w:val="24"/>
          <w:rtl/>
        </w:rPr>
        <w:t>דף סיכום: רעידות אדמה והרי געש</w:t>
      </w:r>
    </w:p>
    <w:p>
      <w:pPr>
        <w:bidi/>
        <w:spacing w:before="120" w:after="40"/>
      </w:pPr>
      <w:r>
        <w:rPr>
          <w:rFonts w:ascii="Gisha" w:hAnsi="Gisha" w:cs="Gisha"/>
          <w:b/>
          <w:bCs/>
          <w:color w:val="A16207"/>
          <w:sz w:val="28"/>
          <w:szCs w:val="28"/>
          <w:rtl/>
        </w:rPr>
        <w:t>◆ רעידת אדמה</w:t>
      </w:r>
    </w:p>
    <w:p>
      <w:pPr>
        <w:bidi/>
        <w:spacing w:before="0" w:after="20"/>
      </w:pPr>
      <w:r>
        <w:rPr>
          <w:rtl/>
        </w:rPr>
        <w:t>1. סלעים נשברים בגבולות לוחות ← גלים.</w:t>
      </w:r>
    </w:p>
    <w:p>
      <w:pPr>
        <w:bidi/>
        <w:spacing w:before="0" w:after="20"/>
      </w:pPr>
      <w:r>
        <w:rPr>
          <w:rtl/>
        </w:rPr>
        <w:t>2. מוקד (בעומק), מוקד-על (על פני השטח).</w:t>
      </w:r>
    </w:p>
    <w:p>
      <w:pPr>
        <w:bidi/>
        <w:spacing w:before="0" w:after="20"/>
      </w:pPr>
      <w:r>
        <w:rPr>
          <w:rtl/>
        </w:rPr>
        <w:t>3. נמדדת בסייסמוגרף, עוצמה בסולם המגניטודה.</w:t>
      </w:r>
    </w:p>
    <w:p>
      <w:pPr>
        <w:bidi/>
        <w:spacing w:before="0" w:after="20"/>
      </w:pPr>
      <w:r>
        <w:rPr>
          <w:rtl/>
        </w:rPr>
        <w:t>4. בים – סכנת צונאמי.</w:t>
      </w:r>
    </w:p>
    <w:p>
      <w:pPr>
        <w:bidi/>
        <w:spacing w:before="120" w:after="40"/>
      </w:pPr>
      <w:r>
        <w:rPr>
          <w:rFonts w:ascii="Gisha" w:hAnsi="Gisha" w:cs="Gisha"/>
          <w:b/>
          <w:bCs/>
          <w:color w:val="A16207"/>
          <w:sz w:val="28"/>
          <w:szCs w:val="28"/>
          <w:rtl/>
        </w:rPr>
        <w:t>◆ הר געש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מושג</w:t>
            </w:r>
          </w:p>
        </w:tc>
        <w:tc>
          <w:tcPr>
            <w:tcW w:type="dxa" w:w="4989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הסבר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מגמה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סלע מותך בתוך כדור הארץ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לבה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סלע מותך שיצא החוצה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לוע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הפתח שדרכו יוצאת ההתפרצות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טבעת האש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אזור הרי געש סביב האוקיינוס השקט</w:t>
            </w:r>
          </w:p>
        </w:tc>
      </w:tr>
    </w:tbl>
    <w:p>
      <w:pPr>
        <w:bidi/>
        <w:spacing w:before="0" w:after="40"/>
      </w:pP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מגמה בתוך כדור הארץ, לבה מחוצה לו – אותו סלע מותך, שם אחר.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רעידה א' בעוצמה 5 ורעידה ב' בעוצמה 7. פי כמה בערך האנרגיה של ב' גדולה?</w:t>
      </w:r>
    </w:p>
    <w:p>
      <w:pPr>
        <w:bidi/>
        <w:spacing w:before="0" w:after="20"/>
      </w:pPr>
      <w:r>
        <w:rPr>
          <w:rtl/>
        </w:rPr>
        <w:t>1. ההפרש הוא 2 דרגות.</w:t>
      </w:r>
    </w:p>
    <w:p>
      <w:pPr>
        <w:bidi/>
        <w:spacing w:before="0" w:after="20"/>
      </w:pPr>
      <w:r>
        <w:rPr>
          <w:rtl/>
        </w:rPr>
        <w:t>2. כל דרגה ≈ פי 32.</w:t>
      </w:r>
    </w:p>
    <w:p>
      <w:pPr>
        <w:bidi/>
        <w:spacing w:before="0" w:after="20"/>
      </w:pPr>
      <w:r>
        <w:rPr>
          <w:rtl/>
        </w:rPr>
        <w:t>3. ‪32 × 32 ≈ 1,000‬.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פי 1,000 בערך</w:t>
      </w:r>
    </w:p>
    <w:p>
      <w:pPr>
        <w:bidi/>
        <w:spacing w:before="120" w:after="80"/>
      </w:pPr>
      <w:r>
        <w:rPr>
          <w:rFonts w:ascii="Gisha" w:hAnsi="Gisha" w:cs="Gisha"/>
          <w:b/>
          <w:bCs/>
          <w:color w:val="A16207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גל ענק בעקבות רעידה בים: __________.</w:t>
      </w:r>
    </w:p>
    <w:p>
      <w:pPr>
        <w:bidi/>
        <w:spacing w:before="0" w:after="60"/>
      </w:pPr>
      <w:r>
        <w:rPr>
          <w:rtl/>
        </w:rPr>
        <w:t>ב. אזור הרי הגעש סביב האוקיינוס השקט: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צונאמי · ב. טבעת האש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