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רעידות אדמה והרי געש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מחסן מילים: מוקד  |  צונאמי  |  לוע  |  מגמה  |  קרחון</w:t>
      </w:r>
    </w:p>
    <w:p>
      <w:pPr>
        <w:bidi/>
        <w:spacing w:before="0" w:after="60"/>
      </w:pPr>
      <w:r>
        <w:rPr>
          <w:rtl/>
        </w:rPr>
        <w:t>א. המקום בעומק שבו הסלע נשבר נקרא __________.</w:t>
      </w:r>
    </w:p>
    <w:p>
      <w:pPr>
        <w:bidi/>
        <w:spacing w:before="0" w:after="60"/>
      </w:pPr>
      <w:r>
        <w:rPr>
          <w:rtl/>
        </w:rPr>
        <w:t>ב. גל ענק שנוצר מרעידת אדמה בים נקרא __________.</w:t>
      </w:r>
    </w:p>
    <w:p>
      <w:pPr>
        <w:bidi/>
        <w:spacing w:before="0" w:after="60"/>
      </w:pPr>
      <w:r>
        <w:rPr>
          <w:rtl/>
        </w:rPr>
        <w:t>ג. הפתח בראש הר הגעש נקרא __________.</w:t>
      </w:r>
    </w:p>
    <w:p>
      <w:pPr>
        <w:bidi/>
        <w:spacing w:before="0" w:after="60"/>
      </w:pPr>
      <w:r>
        <w:rPr>
          <w:rtl/>
        </w:rPr>
        <w:t>ד. סלע מותך מתחת לפני השטח נקרא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קשור לרעידת אדמה ומה להר געש?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המילים: סייסמוגרף  |  לבה  |  מוקד-על  |  אפר  |  סולם המגניטודה  |  לוע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רעידת אדמה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 געש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מדענים יודעים לחזות בדיוק את היום של רעידת האדמה הבאה.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הרי הגעש נמצאים בגבולות לוחות.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בזמן רעידה כדאי להשתמש במעלית כדי לצאת מהר.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מה עושים?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בקומת קרקע ליד דלת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בקומה גבוהה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ברחוב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שתי רעידות באותה עוצמה פגעו בשתי ערים. בעיר אחת נזק קשה ובשנייה נזק קל. כתבו שתי סיבות אפשריות.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ביפן יש הרבה רעידות אדמה והרי געש?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