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מחוון – דף עבודה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0"/>
          <w:szCs w:val="40"/>
          <w:rtl/>
        </w:rPr>
        <w:t>🔑 מחוון – רעידות אדמה והרי געש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המקום בעומק שבו הסלע נשבר נקרא מוקד.</w:t>
      </w:r>
    </w:p>
    <w:p>
      <w:pPr>
        <w:bidi/>
        <w:spacing w:before="0" w:after="40"/>
      </w:pPr>
      <w:r>
        <w:rPr>
          <w:rtl/>
        </w:rPr>
        <w:t>ב. גל ענק שנוצר מרעידת אדמה בים נקרא צונאמי.</w:t>
      </w:r>
    </w:p>
    <w:p>
      <w:pPr>
        <w:bidi/>
        <w:spacing w:before="0" w:after="40"/>
      </w:pPr>
      <w:r>
        <w:rPr>
          <w:rtl/>
        </w:rPr>
        <w:t>ג. הפתח בראש הר הגעש נקרא לוע.</w:t>
      </w:r>
    </w:p>
    <w:p>
      <w:pPr>
        <w:bidi/>
        <w:spacing w:before="0" w:after="40"/>
      </w:pPr>
      <w:r>
        <w:rPr>
          <w:rtl/>
        </w:rPr>
        <w:t>ד. סלע מותך מתחת לפני השטח נקרא מגמה.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מה קשור לרעידת אדמה ומה להר געש?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רעידת אדמה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הר געש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סייסמוגרף, מוקד-על, סולם המגניטודה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לבה, אפר, לוע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מדענים יודעים לחזות בדיוק את היום של רעידת האדמה הבאה.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אי אפשר לחזות בדיוק; אפשר רק להעריך סיכון ולהיערך.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רוב הרי הגעש נמצאים בגבולות לוחות.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בזמן רעידה כדאי להשתמש במעלית כדי לצאת מהר.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אסור להשתמש במעלית; יוצאים במדרגות או מתגוננים במקום מוגן.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השלימו: מה עושים?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עושים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רעידה, ואני בקומת קרקע ליד דלת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יוצאים מהר לשטח פתוח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רעידה, ואני בקומה גבוהה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נכנסים לממ"ד או לחדר המדרגות, או מתחת לשולחן חזק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רעידה, ואני ברחוב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מתרחקים מבניינים, עמודי חשמל ועצים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שתי רעידות באותה עוצמה פגעו בשתי ערים. בעיר אחת נזק קשה ובשנייה נזק קל. כתבו שתי סיבות אפשריות.</w:t>
      </w:r>
    </w:p>
    <w:p>
      <w:pPr>
        <w:bidi/>
        <w:spacing w:before="0" w:after="80"/>
      </w:pPr>
      <w:r>
        <w:rPr>
          <w:color w:val="0F7A4F"/>
          <w:rtl/>
        </w:rPr>
        <w:t>תשובה אפשרית: איכות הבנייה (בנייה לפי תקן); המרחק מהמוקד-על או העומק; סוג הקרקע.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מדוע ביפן יש הרבה רעידות אדמה והרי געש?</w:t>
      </w:r>
    </w:p>
    <w:p>
      <w:pPr>
        <w:bidi/>
        <w:spacing w:before="0" w:after="80"/>
      </w:pPr>
      <w:r>
        <w:rPr>
          <w:color w:val="0F7A4F"/>
          <w:rtl/>
        </w:rPr>
        <w:t>תשובה אפשרית: יפן נמצאת ב«טבעת האש», בגבול שבו כמה לוחות מתקרבים ושוקעים זה מתחת לזה.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