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A3412"/>
          <w:sz w:val="56"/>
          <w:szCs w:val="56"/>
          <w:rtl/>
        </w:rPr>
        <w:t>🪨 סלעים ותהליכים חיצוניים: בליה, סחיפה והשקעה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סוגי סלעים: יסוד – מגמה/לבה שהתקררה; משקע – שכבות שנדחסו; תמורה – חום ולחץ</w:t>
      </w:r>
    </w:p>
    <w:p>
      <w:pPr>
        <w:bidi/>
        <w:spacing w:before="0" w:after="160"/>
      </w:pPr>
      <w:r>
        <w:rPr>
          <w:sz w:val="36"/>
          <w:szCs w:val="36"/>
          <w:rtl/>
        </w:rPr>
        <w:t>• בליה – פירוק במקום (מכנית / כימית).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סחיפה – הובלה (מים, גלים, רוח, קרח).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השקעה – הנחת החומר: דלתה, חוף חול, דיונה.</w:t>
      </w:r>
    </w:p>
    <w:p>
      <w:pPr>
        <w:bidi/>
        <w:spacing w:before="0" w:after="120"/>
      </w:pPr>
      <w:r>
        <w:rPr>
          <w:b/>
          <w:bCs/>
          <w:color w:val="9A3412"/>
          <w:sz w:val="32"/>
          <w:szCs w:val="32"/>
          <w:rtl/>
        </w:rPr>
        <w:t>💡 זכרו! בליה = פירוק במקום. סחיפה = הובלה. השקעה = הנחה. תמיד בסדר הזה.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