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סיכום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סלעים ותהליכים חיצוניים: בליה, סחיפה והשקעה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סלעים ותהליכים חיצוניים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סוגי סלעים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איך נוצר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יסוד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מגמה/לבה שהתקררה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בזלת, גרניט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משקע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שכבות שנדחסו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גיר, קירטון, אבן חול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תמורה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חום ולחץ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שיש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עיצוב פני השטח</w:t>
      </w:r>
    </w:p>
    <w:p>
      <w:pPr>
        <w:bidi/>
        <w:spacing w:before="0" w:after="20"/>
      </w:pPr>
      <w:r>
        <w:rPr>
          <w:rtl/>
        </w:rPr>
        <w:t>1. בליה – פירוק במקום (מכנית / כימית).</w:t>
      </w:r>
    </w:p>
    <w:p>
      <w:pPr>
        <w:bidi/>
        <w:spacing w:before="0" w:after="20"/>
      </w:pPr>
      <w:r>
        <w:rPr>
          <w:rtl/>
        </w:rPr>
        <w:t>2. סחיפה – הובלה (מים, גלים, רוח, קרח).</w:t>
      </w:r>
    </w:p>
    <w:p>
      <w:pPr>
        <w:bidi/>
        <w:spacing w:before="0" w:after="20"/>
      </w:pPr>
      <w:r>
        <w:rPr>
          <w:rtl/>
        </w:rPr>
        <w:t>3. השקעה – הנחת החומר: דלתה, חוף חול, דיונה.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בליה = פירוק במקום. סחיפה = הובלה. השקעה = הנחה. תמיד בסדר הזה.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גלים סוחפים 30 ס"מ מצוק בכל שנה. בכמה שנים ייסחפו 6 מטרים?</w:t>
      </w:r>
    </w:p>
    <w:p>
      <w:pPr>
        <w:bidi/>
        <w:spacing w:before="0" w:after="20"/>
      </w:pPr>
      <w:r>
        <w:rPr>
          <w:rtl/>
        </w:rPr>
        <w:t>1. 6 מ' = 600 ס"מ.</w:t>
      </w:r>
    </w:p>
    <w:p>
      <w:pPr>
        <w:bidi/>
        <w:spacing w:before="0" w:after="20"/>
      </w:pPr>
      <w:r>
        <w:rPr>
          <w:rtl/>
        </w:rPr>
        <w:t>2. ‪600 ÷ 30 = 20‬.</w:t>
      </w:r>
    </w:p>
    <w:p>
      <w:pPr>
        <w:bidi/>
        <w:spacing w:before="0" w:after="20"/>
      </w:pPr>
      <w:r>
        <w:rPr>
          <w:rtl/>
        </w:rPr>
        <w:t>3. כלומר 20 שנה.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20 שנה</w:t>
      </w:r>
    </w:p>
    <w:p>
      <w:pPr>
        <w:bidi/>
        <w:spacing w:before="120" w:after="80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סלע שבו נמצאים מאובנים: סלע __________.</w:t>
      </w:r>
    </w:p>
    <w:p>
      <w:pPr>
        <w:bidi/>
        <w:spacing w:before="0" w:after="60"/>
      </w:pPr>
      <w:r>
        <w:rPr>
          <w:rtl/>
        </w:rPr>
        <w:t>ב. הובלת חול ברוח: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משקע · ב. סחיפה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