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סלעים ותהליכים חיצוניים: בליה, סחיפה והשקעה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מחסן מילים: משקע  |  תמורה  |  מכנית  |  דיונות  |  כימית</w:t>
      </w:r>
    </w:p>
    <w:p>
      <w:pPr>
        <w:bidi/>
        <w:spacing w:before="0" w:after="60"/>
      </w:pPr>
      <w:r>
        <w:rPr>
          <w:rtl/>
        </w:rPr>
        <w:t>א. סלע שנוצר משכבות שהצטברו ונדחסו הוא סלע __________.</w:t>
      </w:r>
    </w:p>
    <w:p>
      <w:pPr>
        <w:bidi/>
        <w:spacing w:before="0" w:after="60"/>
      </w:pPr>
      <w:r>
        <w:rPr>
          <w:rtl/>
        </w:rPr>
        <w:t>ב. סלע שהשתנה בגלל חום ולחץ הוא סלע __________.</w:t>
      </w:r>
    </w:p>
    <w:p>
      <w:pPr>
        <w:bidi/>
        <w:spacing w:before="0" w:after="60"/>
      </w:pPr>
      <w:r>
        <w:rPr>
          <w:rtl/>
        </w:rPr>
        <w:t>ג. מים שקופאים בסדק גורמים לבליה __________.</w:t>
      </w:r>
    </w:p>
    <w:p>
      <w:pPr>
        <w:bidi/>
        <w:spacing w:before="0" w:after="60"/>
      </w:pPr>
      <w:r>
        <w:rPr>
          <w:rtl/>
        </w:rPr>
        <w:t>ד. גבעות חול שהרוח בונה נקראות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בליה, סחיפה או השקעה?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המילים: שורש עץ סודק סלע  |  נהר מוביל אבנים  |  חול מצטבר בשפך הנהר  |  גשם ממיס סלע גיר  |  רוח נושאת חול  |  דיונה נבנית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בליה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סחיפה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השקעה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בזלת היא סלע משקע.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מאובנים נמצאים בדרך כלל בסלעי משקע.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מערת נטיפים נוצרת מבליה כימית.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סוג הסלע ואיך נוצר.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איך נוצר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גרניט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ההרים בגולן שחורים ובמדבר יהודה לבנים-בהירים?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הסבירו איך נהר יוצר דלתה בשפך שלו.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