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מחוון – דף עבודה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0F7A4F"/>
          <w:sz w:val="40"/>
          <w:szCs w:val="40"/>
          <w:rtl/>
        </w:rPr>
        <w:t>🔑 מחוון – סלעים ותהליכים חיצוניים: בליה, סחיפה והשקעה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סלע שנוצר משכבות שהצטברו ונדחסו הוא סלע משקע.</w:t>
      </w:r>
    </w:p>
    <w:p>
      <w:pPr>
        <w:bidi/>
        <w:spacing w:before="0" w:after="40"/>
      </w:pPr>
      <w:r>
        <w:rPr>
          <w:rtl/>
        </w:rPr>
        <w:t>ב. סלע שהשתנה בגלל חום ולחץ הוא סלע תמורה.</w:t>
      </w:r>
    </w:p>
    <w:p>
      <w:pPr>
        <w:bidi/>
        <w:spacing w:before="0" w:after="40"/>
      </w:pPr>
      <w:r>
        <w:rPr>
          <w:rtl/>
        </w:rPr>
        <w:t>ג. מים שקופאים בסדק גורמים לבליה מכנית.</w:t>
      </w:r>
    </w:p>
    <w:p>
      <w:pPr>
        <w:bidi/>
        <w:spacing w:before="0" w:after="40"/>
      </w:pPr>
      <w:r>
        <w:rPr>
          <w:rtl/>
        </w:rPr>
        <w:t>ד. גבעות חול שהרוח בונה נקראות דיונות.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בליה, סחיפה או השקעה?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בליה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סחיפה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השקעה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שורש עץ סודק סלע, גשם ממיס סלע גיר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נהר מוביל אבנים, רוח נושאת חול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חול מצטבר בשפך הנהר, דיונה נבנית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בזלת היא סלע משקע.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בזלת היא סלע יסוד (נוצרת מלבה שהתקררה).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מאובנים נמצאים בדרך כלל בסלעי משקע.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מערת נטיפים נוצרת מבליה כימית.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סוג הסלע ואיך נוצר.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סלע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איך נוצר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גרניט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יסוד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מגמה שהתקררה לאט בעומק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משקע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שכבות של שרידי יצורים וחומר שנדחסו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שיש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תמורה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גיר שהשתנה בחום ובלחץ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מדוע ההרים בגולן שחורים ובמדבר יהודה לבנים-בהירים?</w:t>
      </w:r>
    </w:p>
    <w:p>
      <w:pPr>
        <w:bidi/>
        <w:spacing w:before="0" w:after="80"/>
      </w:pPr>
      <w:r>
        <w:rPr>
          <w:color w:val="0F7A4F"/>
          <w:rtl/>
        </w:rPr>
        <w:t>תשובה אפשרית: בגולן יש בזלת – סלע יסוד כהה מהרי געש; במדבר יהודה יש גיר וקירטון – סלעי משקע בהירים.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הסבירו איך נהר יוצר דלתה בשפך שלו.</w:t>
      </w:r>
    </w:p>
    <w:p>
      <w:pPr>
        <w:bidi/>
        <w:spacing w:before="0" w:after="80"/>
      </w:pPr>
      <w:r>
        <w:rPr>
          <w:color w:val="0F7A4F"/>
          <w:rtl/>
        </w:rPr>
        <w:t>תשובה אפשרית: הנהר סוחף חול ובוץ; כשהוא מגיע לים הזרימה נחלשת והחומר שוקע ומצטבר – השקעה – ונוצרת דלתה.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