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משאבי מים: ניצול ושימור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משאבי מים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מים בעולם</w:t>
      </w:r>
    </w:p>
    <w:p>
      <w:pPr>
        <w:bidi/>
        <w:spacing w:before="0" w:after="20"/>
      </w:pPr>
      <w:r>
        <w:rPr>
          <w:rtl/>
        </w:rPr>
        <w:t>1. 97% מלוחים, 3% מתוקים – רובם קפואים.</w:t>
      </w:r>
    </w:p>
    <w:p>
      <w:pPr>
        <w:bidi/>
        <w:spacing w:before="0" w:after="20"/>
      </w:pPr>
      <w:r>
        <w:rPr>
          <w:rtl/>
        </w:rPr>
        <w:t>2. מעט מאוד מים זמינים לשתייה.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מקורות המים בישראל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הערה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כנרת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טבעי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אגם מתוק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אקוויפר החוף וההר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טבעי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 תהום; סכנת המלחה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התפלה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מעשה אדם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רוב מי השתייה היום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מים מושבים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מעשה אדם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כ-90% מהשפכים – לחקלאות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שאלו על כל מקור מים: מאיפה הוא מגיע, כמה יש בו, ומה עלול לפגוע בו?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מקלחת של 10 דקות צורכת כ-100 ליטר. כמה ליטרים נחסוך בשבוע אם נקצר ל-5 דקות כל יום?</w:t>
      </w:r>
    </w:p>
    <w:p>
      <w:pPr>
        <w:bidi/>
        <w:spacing w:before="0" w:after="20"/>
      </w:pPr>
      <w:r>
        <w:rPr>
          <w:rtl/>
        </w:rPr>
        <w:t>1. 5 דקות = חצי, כלומר 50 ליטר ביום.</w:t>
      </w:r>
    </w:p>
    <w:p>
      <w:pPr>
        <w:bidi/>
        <w:spacing w:before="0" w:after="20"/>
      </w:pPr>
      <w:r>
        <w:rPr>
          <w:rtl/>
        </w:rPr>
        <w:t>2. חוסכים 50 ליטר ביום.</w:t>
      </w:r>
    </w:p>
    <w:p>
      <w:pPr>
        <w:bidi/>
        <w:spacing w:before="0" w:after="20"/>
      </w:pPr>
      <w:r>
        <w:rPr>
          <w:rtl/>
        </w:rPr>
        <w:t>3. ‪50 × 7 = 350‬.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350 ליטר בשבוע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מקור עיקרי למי שתייה בישראל היום: __________.</w:t>
      </w:r>
    </w:p>
    <w:p>
      <w:pPr>
        <w:bidi/>
        <w:spacing w:before="0" w:after="60"/>
      </w:pPr>
      <w:r>
        <w:rPr>
          <w:rtl/>
        </w:rPr>
        <w:t>ב. שכבת סלע שאוגרת מים: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התפלה · ב. אקוויפר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