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משאבי מים: ניצול ושימור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1D4ED8"/>
          <w:sz w:val="24"/>
          <w:szCs w:val="24"/>
          <w:rtl/>
        </w:rPr>
        <w:t>מחסן מילים: כנרת  |  התפלה  |  מושבים  |  טפטוף  |  ים המלח</w:t>
      </w:r>
    </w:p>
    <w:p>
      <w:pPr>
        <w:bidi/>
        <w:spacing w:before="0" w:after="60"/>
      </w:pPr>
      <w:r>
        <w:rPr>
          <w:rtl/>
        </w:rPr>
        <w:t>א. האגם המתוק הגדול בישראל הוא ה__________.</w:t>
      </w:r>
    </w:p>
    <w:p>
      <w:pPr>
        <w:bidi/>
        <w:spacing w:before="0" w:after="60"/>
      </w:pPr>
      <w:r>
        <w:rPr>
          <w:rtl/>
        </w:rPr>
        <w:t>ב. רוב מי השתייה בישראל מגיעים היום מ__________.</w:t>
      </w:r>
    </w:p>
    <w:p>
      <w:pPr>
        <w:bidi/>
        <w:spacing w:before="0" w:after="60"/>
      </w:pPr>
      <w:r>
        <w:rPr>
          <w:rtl/>
        </w:rPr>
        <w:t>ג. מי ביוב מטוהרים נקראים מים __________.</w:t>
      </w:r>
    </w:p>
    <w:p>
      <w:pPr>
        <w:bidi/>
        <w:spacing w:before="0" w:after="60"/>
      </w:pPr>
      <w:r>
        <w:rPr>
          <w:rtl/>
        </w:rPr>
        <w:t>ד. שיטת השקיה שחוסכת מים היא השקיה ב__________.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מקור מים טבעי או מקור מים שהאדם יצר?</w:t>
      </w:r>
    </w:p>
    <w:p>
      <w:pPr>
        <w:bidi/>
        <w:spacing w:before="0" w:after="80"/>
      </w:pPr>
      <w:r>
        <w:rPr>
          <w:color w:val="1D4ED8"/>
          <w:sz w:val="24"/>
          <w:szCs w:val="24"/>
          <w:rtl/>
        </w:rPr>
        <w:t>המילים: הכנרת  |  מתקן התפלה  |  אקוויפר החוף  |  מים מושבים  |  מעיין  |  מאגר מי שיטפונות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טבעי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מעשה אדם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המים המתוקים בעולם זמינים לשתייה בנהרות.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שאיבת יתר עלולה להמליח מי תהום.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ישראל ממחזרת את רוב מי הביוב שלה לחקלאות.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יתרון וחיסרון.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יתרון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חיסרון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התפלה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מים מושבים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למה ישראל צריכה מקורות מים מעבר לגשם?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שתי דרכים לחסוך מים בבית.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