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ח'   |   מחוון – דף עבודה</w:t>
      </w:r>
    </w:p>
    <w:p>
      <w:pPr>
        <w:bidi/>
        <w:spacing w:before="0" w:after="120"/>
      </w:pPr>
      <w:r>
        <w:rPr>
          <w:rFonts w:ascii="Aharoni" w:hAnsi="Aharoni" w:cs="Aharoni"/>
          <w:b/>
          <w:bCs/>
          <w:color w:val="0F7A4F"/>
          <w:sz w:val="40"/>
          <w:szCs w:val="40"/>
          <w:rtl/>
        </w:rPr>
        <w:t>🔑 מחוון – משאבי מים: ניצול ושימור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בעזרת מחסן המילים.</w:t>
      </w:r>
    </w:p>
    <w:p>
      <w:pPr>
        <w:bidi/>
        <w:spacing w:before="0" w:after="40"/>
      </w:pPr>
      <w:r>
        <w:rPr>
          <w:rtl/>
        </w:rPr>
        <w:t>א. האגם המתוק הגדול בישראל הוא הכנרת.</w:t>
      </w:r>
    </w:p>
    <w:p>
      <w:pPr>
        <w:bidi/>
        <w:spacing w:before="0" w:after="40"/>
      </w:pPr>
      <w:r>
        <w:rPr>
          <w:rtl/>
        </w:rPr>
        <w:t>ב. רוב מי השתייה בישראל מגיעים היום מהתפלה.</w:t>
      </w:r>
    </w:p>
    <w:p>
      <w:pPr>
        <w:bidi/>
        <w:spacing w:before="0" w:after="40"/>
      </w:pPr>
      <w:r>
        <w:rPr>
          <w:rtl/>
        </w:rPr>
        <w:t>ג. מי ביוב מטוהרים נקראים מים מושבים.</w:t>
      </w:r>
    </w:p>
    <w:p>
      <w:pPr>
        <w:bidi/>
        <w:spacing w:before="0" w:after="40"/>
      </w:pPr>
      <w:r>
        <w:rPr>
          <w:rtl/>
        </w:rPr>
        <w:t>ד. שיטת השקיה שחוסכת מים היא השקיה בטפטוף.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מיינו: מקור מים טבעי או מקור מים שהאדם יצר?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טבעי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מעשה אדם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הכנרת, אקוויפר החוף, מעיין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מתקן התפלה, מים מושבים, מאגר מי שיטפונות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המשפטים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רוב המים המתוקים בעולם זמינים לשתייה בנהרות.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רוב המים המתוקים קפואים בקרחונים או נמצאים עמוק באדמה.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שאיבת יתר עלולה להמליח מי תהום.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ישראל ממחזרת את רוב מי הביוב שלה לחקלאות.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השלימו: יתרון וחיסרון.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מקור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יתרון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חיסרון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התפלה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כמות גדולה, לא תלויה בגשם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צורכת הרבה אנרגיה, יקרה, תמלחת חוזרת לים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מים מושבים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ממחזרים מים, חוסכים מים מתוקים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לא לשתייה, צריך טיהור טוב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למה ישראל צריכה מקורות מים מעבר לגשם?</w:t>
      </w:r>
    </w:p>
    <w:p>
      <w:pPr>
        <w:bidi/>
        <w:spacing w:before="0" w:after="80"/>
      </w:pPr>
      <w:r>
        <w:rPr>
          <w:color w:val="0F7A4F"/>
          <w:rtl/>
        </w:rPr>
        <w:t>תשובה אפשרית: הגשם יורד רק בחורף ובעיקר בצפון, יש שנות בצורת, והאוכלוסייה גדלה וצורכת יותר מים.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כתבו שתי דרכים לחסוך מים בבית.</w:t>
      </w:r>
    </w:p>
    <w:p>
      <w:pPr>
        <w:bidi/>
        <w:spacing w:before="0" w:after="80"/>
      </w:pPr>
      <w:r>
        <w:rPr>
          <w:color w:val="0F7A4F"/>
          <w:rtl/>
        </w:rPr>
        <w:t>תשובה אפשרית: מקלחת קצרה; לסגור את הברז בזמן צחצוח שיניים; לתקן נזילות; להפעיל מדיח רק כשהוא מלא.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" w:hAnsi="David" w:cs="David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