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משאבי אנרגיה ומחצבים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מחסן מילים: מחצביים  |  רוח  |  שמש  |  בר-קיימא  |  מים</w:t>
      </w:r>
    </w:p>
    <w:p>
      <w:pPr>
        <w:bidi/>
        <w:spacing w:before="0" w:after="60"/>
      </w:pPr>
      <w:r>
        <w:rPr>
          <w:rtl/>
        </w:rPr>
        <w:t>א. נפט, פחם וגז נקראים דלקים __________.</w:t>
      </w:r>
    </w:p>
    <w:p>
      <w:pPr>
        <w:bidi/>
        <w:spacing w:before="0" w:after="60"/>
      </w:pPr>
      <w:r>
        <w:rPr>
          <w:rtl/>
        </w:rPr>
        <w:t>ב. טורבינות ברמת הגולן מנצלות אנרגיית __________.</w:t>
      </w:r>
    </w:p>
    <w:p>
      <w:pPr>
        <w:bidi/>
        <w:spacing w:before="0" w:after="60"/>
      </w:pPr>
      <w:r>
        <w:rPr>
          <w:rtl/>
        </w:rPr>
        <w:t>ג. לוחות על הגגות מנצלים אנרגיית __________.</w:t>
      </w:r>
    </w:p>
    <w:p>
      <w:pPr>
        <w:bidi/>
        <w:spacing w:before="0" w:after="60"/>
      </w:pPr>
      <w:r>
        <w:rPr>
          <w:rtl/>
        </w:rPr>
        <w:t>ד. שימוש במשאבים שישאיר אותם גם לדורות הבאים נקרא ניצול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משאב מתכלה או מתחדש?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המילים: נפט  |  אנרגיית שמש  |  פחם  |  רוח  |  גז טבעי  |  מים זורמים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מתכלה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גז טבעי הוא משאב מתחדש.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שריפת פחם מוסיפה גזי חממה לאוויר.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אנרגיית שמש פועלת באותה עוצמה גם בלילה.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יתרון וחיסרון.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אנרגיה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בישראל כדאי במיוחד לפתח אנרגיית שמש?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הבעיה בכרייה של מחצבים, ומה אפשר לעשות כדי להקטין אותה?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