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מחוון – דף עבודה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0"/>
          <w:szCs w:val="40"/>
          <w:rtl/>
        </w:rPr>
        <w:t>🔑 מחוון – משאבי אנרגיה ומחצבים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נפט, פחם וגז נקראים דלקים מחצביים.</w:t>
      </w:r>
    </w:p>
    <w:p>
      <w:pPr>
        <w:bidi/>
        <w:spacing w:before="0" w:after="40"/>
      </w:pPr>
      <w:r>
        <w:rPr>
          <w:rtl/>
        </w:rPr>
        <w:t>ב. טורבינות ברמת הגולן מנצלות אנרגיית רוח.</w:t>
      </w:r>
    </w:p>
    <w:p>
      <w:pPr>
        <w:bidi/>
        <w:spacing w:before="0" w:after="40"/>
      </w:pPr>
      <w:r>
        <w:rPr>
          <w:rtl/>
        </w:rPr>
        <w:t>ג. לוחות על הגגות מנצלים אנרגיית שמש.</w:t>
      </w:r>
    </w:p>
    <w:p>
      <w:pPr>
        <w:bidi/>
        <w:spacing w:before="0" w:after="40"/>
      </w:pPr>
      <w:r>
        <w:rPr>
          <w:rtl/>
        </w:rPr>
        <w:t>ד. שימוש במשאבים שישאיר אותם גם לדורות הבאים נקרא ניצול בר-קיימא.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משאב מתכלה או מתחדש?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מתכלה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מתחדש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נפט, פחם, גז טבעי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אנרגיית שמש, רוח, מים זורמים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גז טבעי הוא משאב מתחדש.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גז טבעי הוא משאב מתכלה.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שריפת פחם מוסיפה גזי חממה לאוויר.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אנרגיית שמש פועלת באותה עוצמה גם בלילה.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בלילה אין קרינת שמש; צריך לאגור את האנרגיה.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יתרון וחיסרון.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 אנרגיה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יתרון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חיסרון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פחם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זול, הרבה אנרגיה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מזהם מאוד, מתכלה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שמש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מתחדשת, לא מזהמת, יש הרבה בישראל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לא בלילה, צריך שטח ואגירה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רוח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מתחדשת, לא מזהמת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תלויה ברוח, רעש, פגיעה בעופות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למה בישראל כדאי במיוחד לפתח אנרגיית שמש?</w:t>
      </w:r>
    </w:p>
    <w:p>
      <w:pPr>
        <w:bidi/>
        <w:spacing w:before="0" w:after="80"/>
      </w:pPr>
      <w:r>
        <w:rPr>
          <w:color w:val="0F7A4F"/>
          <w:rtl/>
        </w:rPr>
        <w:t>תשובה אפשרית: בישראל יש שמש רוב ימות השנה ושטחי מדבר גדולים בנגב שבהם אפשר להקים שדות סולאריים.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מה הבעיה בכרייה של מחצבים, ומה אפשר לעשות כדי להקטין אותה?</w:t>
      </w:r>
    </w:p>
    <w:p>
      <w:pPr>
        <w:bidi/>
        <w:spacing w:before="0" w:after="80"/>
      </w:pPr>
      <w:r>
        <w:rPr>
          <w:color w:val="0F7A4F"/>
          <w:rtl/>
        </w:rPr>
        <w:t>תשובה אפשרית: הכרייה פוגעת בנוף, בצמחים ובבעלי החיים ומזהמת. אפשר לשקם מחצבות בסיום, לכרות רק באזורים מוגדרים ולמחזר.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