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pPr>
      <w:r>
        <w:drawing>
          <wp:inline xmlns:a="http://schemas.openxmlformats.org/drawingml/2006/main" xmlns:pic="http://schemas.openxmlformats.org/drawingml/2006/picture">
            <wp:extent cx="936000" cy="234936"/>
            <wp:docPr id="1" name="Picture 1"/>
            <wp:cNvGraphicFramePr>
              <a:graphicFrameLocks noChangeAspect="1"/>
            </wp:cNvGraphicFramePr>
            <a:graphic>
              <a:graphicData uri="http://schemas.openxmlformats.org/drawingml/2006/picture">
                <pic:pic>
                  <pic:nvPicPr>
                    <pic:cNvPr id="0" name="logo_2.png"/>
                    <pic:cNvPicPr/>
                  </pic:nvPicPr>
                  <pic:blipFill>
                    <a:blip r:embed="rId10"/>
                    <a:stretch>
                      <a:fillRect/>
                    </a:stretch>
                  </pic:blipFill>
                  <pic:spPr>
                    <a:xfrm>
                      <a:off x="0" y="0"/>
                      <a:ext cx="936000" cy="234936"/>
                    </a:xfrm>
                    <a:prstGeom prst="rect"/>
                  </pic:spPr>
                </pic:pic>
              </a:graphicData>
            </a:graphic>
          </wp:inline>
        </w:drawing>
      </w:r>
    </w:p>
    <w:p>
      <w:pPr>
        <w:bidi/>
        <w:spacing w:before="0" w:after="80"/>
      </w:pPr>
    </w:p>
    <w:p>
      <w:pPr>
        <w:bidi/>
        <w:spacing w:before="0" w:after="80"/>
      </w:pPr>
    </w:p>
    <w:p>
      <w:pPr>
        <w:bidi/>
        <w:spacing w:before="0" w:after="80"/>
      </w:pPr>
      <w:r>
        <w:drawing>
          <wp:inline xmlns:a="http://schemas.openxmlformats.org/drawingml/2006/main" xmlns:pic="http://schemas.openxmlformats.org/drawingml/2006/picture">
            <wp:extent cx="3600000" cy="1611876"/>
            <wp:docPr id="2" name="Picture 2"/>
            <wp:cNvGraphicFramePr>
              <a:graphicFrameLocks noChangeAspect="1"/>
            </wp:cNvGraphicFramePr>
            <a:graphic>
              <a:graphicData uri="http://schemas.openxmlformats.org/drawingml/2006/picture">
                <pic:pic>
                  <pic:nvPicPr>
                    <pic:cNvPr id="0" name="geo_g8.jpg"/>
                    <pic:cNvPicPr/>
                  </pic:nvPicPr>
                  <pic:blipFill>
                    <a:blip r:embed="rId11"/>
                    <a:stretch>
                      <a:fillRect/>
                    </a:stretch>
                  </pic:blipFill>
                  <pic:spPr>
                    <a:xfrm>
                      <a:off x="0" y="0"/>
                      <a:ext cx="3600000" cy="1611876"/>
                    </a:xfrm>
                    <a:prstGeom prst="rect"/>
                  </pic:spPr>
                </pic:pic>
              </a:graphicData>
            </a:graphic>
          </wp:inline>
        </w:drawing>
      </w:r>
    </w:p>
    <w:p>
      <w:pPr>
        <w:bidi/>
        <w:spacing w:before="240" w:after="80"/>
      </w:pPr>
      <w:r>
        <w:rPr>
          <w:rFonts w:ascii="Arial" w:hAnsi="Arial" w:cs="Arial"/>
          <w:color w:val="14532D"/>
          <w:sz w:val="36"/>
          <w:szCs w:val="36"/>
          <w:rtl/>
        </w:rPr>
        <w:t>חוברת עבודה</w:t>
      </w:r>
    </w:p>
    <w:p>
      <w:pPr>
        <w:bidi/>
        <w:spacing w:before="0" w:after="80"/>
      </w:pPr>
      <w:r>
        <w:rPr>
          <w:rFonts w:ascii="David" w:hAnsi="David" w:cs="David"/>
          <w:b/>
          <w:bCs/>
          <w:color w:val="14532D"/>
          <w:sz w:val="88"/>
          <w:szCs w:val="88"/>
          <w:rtl/>
        </w:rPr>
        <w:t>גאוגרפיה</w:t>
      </w:r>
    </w:p>
    <w:p>
      <w:pPr>
        <w:bidi/>
        <w:spacing w:before="0" w:after="80"/>
      </w:pPr>
      <w:r>
        <w:rPr>
          <w:sz w:val="44"/>
          <w:szCs w:val="44"/>
          <w:rtl/>
        </w:rPr>
        <w:t>גאוגרפיה פיזית – מדעי כדור הארץ · כיתה ח'</w:t>
      </w:r>
    </w:p>
    <w:p>
      <w:pPr>
        <w:bidi/>
        <w:spacing w:before="0" w:after="80"/>
      </w:pPr>
      <w:r>
        <w:br w:type="page"/>
      </w:r>
    </w:p>
    <w:p>
      <w:pPr>
        <w:bidi/>
        <w:spacing w:before="0" w:after="120"/>
      </w:pPr>
      <w:r>
        <w:rPr>
          <w:rFonts w:ascii="David" w:hAnsi="David" w:cs="David"/>
          <w:b/>
          <w:bCs/>
          <w:color w:val="14532D"/>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14532d"/>
          </w:tcPr>
          <w:p>
            <w:pPr>
              <w:bidi/>
              <w:spacing w:before="0" w:after="40"/>
            </w:pPr>
            <w:r>
              <w:rPr>
                <w:b/>
                <w:bCs/>
                <w:color w:val="FFFFFF"/>
                <w:rtl/>
              </w:rPr>
              <w:t>נושא</w:t>
            </w:r>
          </w:p>
        </w:tc>
      </w:tr>
      <w:tr>
        <w:tc>
          <w:tcPr>
            <w:tcW w:type="dxa" w:w="9978"/>
          </w:tcPr>
          <w:p>
            <w:pPr>
              <w:bidi/>
              <w:spacing w:before="0" w:after="40"/>
            </w:pPr>
            <w:r>
              <w:rPr>
                <w:rtl/>
              </w:rPr>
              <w:t>מבוא</w:t>
            </w:r>
          </w:p>
        </w:tc>
      </w:tr>
      <w:tr>
        <w:tc>
          <w:tcPr>
            <w:tcW w:type="dxa" w:w="9978"/>
          </w:tcPr>
          <w:p>
            <w:pPr>
              <w:bidi/>
              <w:spacing w:before="0" w:after="40"/>
            </w:pPr>
            <w:r>
              <w:rPr>
                <w:rtl/>
              </w:rPr>
              <w:t>פרק 1: ארבע הספרות של כדור הארץ</w:t>
            </w:r>
          </w:p>
        </w:tc>
      </w:tr>
      <w:tr>
        <w:tc>
          <w:tcPr>
            <w:tcW w:type="dxa" w:w="9978"/>
          </w:tcPr>
          <w:p>
            <w:pPr>
              <w:bidi/>
              <w:spacing w:before="0" w:after="40"/>
            </w:pPr>
            <w:r>
              <w:rPr>
                <w:rtl/>
              </w:rPr>
              <w:t>פרק 2: כדור הארץ במערכת השמש וביקום</w:t>
            </w:r>
          </w:p>
        </w:tc>
      </w:tr>
      <w:tr>
        <w:tc>
          <w:tcPr>
            <w:tcW w:type="dxa" w:w="9978"/>
          </w:tcPr>
          <w:p>
            <w:pPr>
              <w:bidi/>
              <w:spacing w:before="0" w:after="40"/>
            </w:pPr>
            <w:r>
              <w:rPr>
                <w:rtl/>
              </w:rPr>
              <w:t>פרק 3: תנועות כדור הארץ: יום ולילה ועונות השנה</w:t>
            </w:r>
          </w:p>
        </w:tc>
      </w:tr>
      <w:tr>
        <w:tc>
          <w:tcPr>
            <w:tcW w:type="dxa" w:w="9978"/>
          </w:tcPr>
          <w:p>
            <w:pPr>
              <w:bidi/>
              <w:spacing w:before="0" w:after="40"/>
            </w:pPr>
            <w:r>
              <w:rPr>
                <w:rtl/>
              </w:rPr>
              <w:t>פרק 4: האטמוספרה ומזג האוויר</w:t>
            </w:r>
          </w:p>
        </w:tc>
      </w:tr>
      <w:tr>
        <w:tc>
          <w:tcPr>
            <w:tcW w:type="dxa" w:w="9978"/>
          </w:tcPr>
          <w:p>
            <w:pPr>
              <w:bidi/>
              <w:spacing w:before="0" w:after="40"/>
            </w:pPr>
            <w:r>
              <w:rPr>
                <w:rtl/>
              </w:rPr>
              <w:t>פרק 5: אקלים, אזורי אקלים ושינוי אקלים</w:t>
            </w:r>
          </w:p>
        </w:tc>
      </w:tr>
      <w:tr>
        <w:tc>
          <w:tcPr>
            <w:tcW w:type="dxa" w:w="9978"/>
          </w:tcPr>
          <w:p>
            <w:pPr>
              <w:bidi/>
              <w:spacing w:before="0" w:after="40"/>
            </w:pPr>
            <w:r>
              <w:rPr>
                <w:rtl/>
              </w:rPr>
              <w:t>פרק 6: מבנה כדור הארץ ותנועת הלוחות</w:t>
            </w:r>
          </w:p>
        </w:tc>
      </w:tr>
      <w:tr>
        <w:tc>
          <w:tcPr>
            <w:tcW w:type="dxa" w:w="9978"/>
          </w:tcPr>
          <w:p>
            <w:pPr>
              <w:bidi/>
              <w:spacing w:before="0" w:after="40"/>
            </w:pPr>
            <w:r>
              <w:rPr>
                <w:rtl/>
              </w:rPr>
              <w:t>פרק 7: רעידות אדמה והרי געש</w:t>
            </w:r>
          </w:p>
        </w:tc>
      </w:tr>
      <w:tr>
        <w:tc>
          <w:tcPr>
            <w:tcW w:type="dxa" w:w="9978"/>
          </w:tcPr>
          <w:p>
            <w:pPr>
              <w:bidi/>
              <w:spacing w:before="0" w:after="40"/>
            </w:pPr>
            <w:r>
              <w:rPr>
                <w:rtl/>
              </w:rPr>
              <w:t>פרק 8: סלעים ותהליכים חיצוניים: בליה, סחיפה והשקעה</w:t>
            </w:r>
          </w:p>
        </w:tc>
      </w:tr>
      <w:tr>
        <w:tc>
          <w:tcPr>
            <w:tcW w:type="dxa" w:w="9978"/>
          </w:tcPr>
          <w:p>
            <w:pPr>
              <w:bidi/>
              <w:spacing w:before="0" w:after="40"/>
            </w:pPr>
            <w:r>
              <w:rPr>
                <w:rtl/>
              </w:rPr>
              <w:t>פרק 9: משאבי מים: ניצול ושימור</w:t>
            </w:r>
          </w:p>
        </w:tc>
      </w:tr>
      <w:tr>
        <w:tc>
          <w:tcPr>
            <w:tcW w:type="dxa" w:w="9978"/>
          </w:tcPr>
          <w:p>
            <w:pPr>
              <w:bidi/>
              <w:spacing w:before="0" w:after="40"/>
            </w:pPr>
            <w:r>
              <w:rPr>
                <w:rtl/>
              </w:rPr>
              <w:t>פרק 10: משאבי אנרגיה ומחצבים</w:t>
            </w:r>
          </w:p>
        </w:tc>
      </w:tr>
      <w:tr>
        <w:tc>
          <w:tcPr>
            <w:tcW w:type="dxa" w:w="9978"/>
          </w:tcPr>
          <w:p>
            <w:pPr>
              <w:bidi/>
              <w:spacing w:before="0" w:after="40"/>
            </w:pPr>
            <w:r>
              <w:rPr>
                <w:rtl/>
              </w:rPr>
              <w:t>חזרה – מה למדנו?</w:t>
            </w:r>
          </w:p>
        </w:tc>
      </w:tr>
    </w:tbl>
    <w:p>
      <w:pPr>
        <w:bidi/>
        <w:spacing w:before="0" w:after="40"/>
      </w:pPr>
    </w:p>
    <w:p>
      <w:pPr>
        <w:bidi/>
        <w:spacing w:before="0" w:after="80"/>
      </w:pPr>
      <w:r>
        <w:br w:type="page"/>
      </w:r>
    </w:p>
    <w:p>
      <w:pPr>
        <w:bidi/>
        <w:spacing w:before="0" w:after="120"/>
      </w:pPr>
      <w:r>
        <w:rPr>
          <w:rFonts w:ascii="David" w:hAnsi="David" w:cs="David"/>
          <w:b/>
          <w:bCs/>
          <w:color w:val="14532D"/>
          <w:sz w:val="48"/>
          <w:szCs w:val="48"/>
          <w:rtl/>
        </w:rPr>
        <w:t>מבוא</w:t>
      </w:r>
    </w:p>
    <w:p>
      <w:pPr>
        <w:bidi/>
        <w:spacing w:before="0" w:after="120"/>
      </w:pPr>
      <w:r>
        <w:rPr>
          <w:rtl/>
        </w:rPr>
        <w:t>שלום לתלמידות ולתלמידי כיתה ח'!</w:t>
      </w:r>
    </w:p>
    <w:p>
      <w:pPr>
        <w:bidi/>
        <w:spacing w:before="0" w:after="120"/>
      </w:pPr>
      <w:r>
        <w:rPr>
          <w:rtl/>
        </w:rPr>
        <w:t>השנה נכיר את כדור הארץ כמערכת אחת: נלמד על ארבע הספרות, על מקומו של כדור הארץ במערכת השמש ועל תנועותיו, על האטמוספרה, מזג האוויר והאקלים, על הכוחות הפנימיים שמזיזים לוחות ויוצרים רעידות אדמה והרי געש, על הכוחות החיצוניים שמעצבים את הנוף, ועל משאבי הטבע – מים, אנרגיה ומחצבים – ואיך לשמור עליהם.</w:t>
      </w:r>
    </w:p>
    <w:p>
      <w:pPr>
        <w:bidi/>
        <w:spacing w:before="0" w:after="120"/>
      </w:pPr>
      <w:r>
        <w:rPr>
          <w:rtl/>
        </w:rPr>
        <w:t>איך החוברת בנויה? כל פרק פותח בדף סיכום עם 📘 הסבר קצר וטבלאות, 💡 פינת «זכרו!» עם טיפ חשוב, ✍️ דוגמה פתורה צעד אחר צעד, ואחריהם 📝 תרגול מגוון: השלמה, התאמה, «נכון / לא נכון» עם תיקון, מיון, טבלאות ושאלות פתוחות קצרות. בסוף החוברת יש פרק 🔁 «חזרה – מה למדנו?». התשובות נמצאות במחוון נפרד.</w:t>
      </w:r>
    </w:p>
    <w:p>
      <w:pPr>
        <w:bidi/>
        <w:spacing w:before="0" w:after="120"/>
      </w:pPr>
      <w:r>
        <w:rPr>
          <w:rtl/>
        </w:rPr>
        <w:t>מקורות חומר הלמידה: תוכנית הלימודים לכיתה ח' «גאוגרפיה פיזית – מדעי כדור הארץ» (משרד החינוך); נתונים מקורבים על מים ואנרגיה לפי פרסומי רשות המים, משרד האנרגיה והשירות המטאורולוגי; מפת העולם בשער: Natural Earth (נחלת הכלל). כל הטקסטים נכתבו במיוחד לחוברת זו. בהצלחה!</w:t>
      </w:r>
    </w:p>
    <w:p>
      <w:pPr>
        <w:bidi/>
        <w:spacing w:before="0" w:after="80"/>
      </w:pPr>
      <w:r>
        <w:br w:type="page"/>
      </w:r>
    </w:p>
    <w:p>
      <w:pPr>
        <w:bidi/>
        <w:spacing w:before="0" w:after="120"/>
      </w:pPr>
      <w:r>
        <w:rPr>
          <w:rFonts w:ascii="Arial" w:hAnsi="Arial" w:cs="Arial"/>
          <w:color w:val="5B6476"/>
          <w:sz w:val="20"/>
          <w:szCs w:val="20"/>
          <w:rtl/>
        </w:rPr>
        <w:t>גאוגרפיה · כיתה ח'   |   פרק 1</w:t>
      </w:r>
    </w:p>
    <w:p>
      <w:pPr>
        <w:bidi/>
        <w:spacing w:before="0" w:after="120"/>
      </w:pPr>
      <w:r>
        <w:rPr>
          <w:rFonts w:ascii="David" w:hAnsi="David" w:cs="David"/>
          <w:b/>
          <w:bCs/>
          <w:color w:val="14532D"/>
          <w:sz w:val="44"/>
          <w:szCs w:val="44"/>
          <w:rtl/>
        </w:rPr>
        <w:t>פרק 1: ארבע הספרות של כדור הארץ</w:t>
      </w:r>
    </w:p>
    <w:p>
      <w:pPr>
        <w:bidi/>
        <w:spacing w:before="120" w:after="40"/>
      </w:pPr>
      <w:r>
        <w:rPr>
          <w:rFonts w:ascii="David" w:hAnsi="David" w:cs="David"/>
          <w:b/>
          <w:bCs/>
          <w:color w:val="14532D"/>
          <w:sz w:val="28"/>
          <w:szCs w:val="28"/>
          <w:rtl/>
        </w:rPr>
        <w:t>◆ הספרות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t>ספרה</w:t>
            </w:r>
          </w:p>
        </w:tc>
        <w:tc>
          <w:tcPr>
            <w:tcW w:type="dxa" w:w="3326"/>
            <w:shd w:val="clear" w:color="auto" w:fill="14532d"/>
          </w:tcPr>
          <w:p>
            <w:pPr>
              <w:bidi/>
              <w:spacing w:before="0" w:after="40"/>
            </w:pPr>
            <w:r>
              <w:rPr>
                <w:b/>
                <w:bCs/>
                <w:color w:val="FFFFFF"/>
                <w:rtl/>
              </w:rPr>
              <w:t>מה יש בה</w:t>
            </w:r>
          </w:p>
        </w:tc>
        <w:tc>
          <w:tcPr>
            <w:tcW w:type="dxa" w:w="3326"/>
            <w:shd w:val="clear" w:color="auto" w:fill="14532d"/>
          </w:tcPr>
          <w:p>
            <w:pPr>
              <w:bidi/>
              <w:spacing w:before="0" w:after="40"/>
            </w:pPr>
            <w:r>
              <w:rPr>
                <w:b/>
                <w:bCs/>
                <w:color w:val="FFFFFF"/>
                <w:rtl/>
              </w:rPr>
              <w:t>דוגמה</w:t>
            </w:r>
          </w:p>
        </w:tc>
      </w:tr>
      <w:tr>
        <w:tc>
          <w:tcPr>
            <w:tcW w:type="dxa" w:w="3326"/>
          </w:tcPr>
          <w:p>
            <w:pPr>
              <w:bidi/>
              <w:spacing w:before="0" w:after="40"/>
            </w:pPr>
            <w:r>
              <w:rPr>
                <w:rtl/>
              </w:rPr>
              <w:t>אטמוספרה</w:t>
            </w:r>
          </w:p>
        </w:tc>
        <w:tc>
          <w:tcPr>
            <w:tcW w:type="dxa" w:w="3326"/>
          </w:tcPr>
          <w:p>
            <w:pPr>
              <w:bidi/>
              <w:spacing w:before="0" w:after="40"/>
            </w:pPr>
            <w:r>
              <w:rPr>
                <w:rtl/>
              </w:rPr>
              <w:t>אוויר וגזים</w:t>
            </w:r>
          </w:p>
        </w:tc>
        <w:tc>
          <w:tcPr>
            <w:tcW w:type="dxa" w:w="3326"/>
          </w:tcPr>
          <w:p>
            <w:pPr>
              <w:bidi/>
              <w:spacing w:before="0" w:after="40"/>
            </w:pPr>
            <w:r>
              <w:rPr>
                <w:rtl/>
              </w:rPr>
              <w:t>רוח, ענן</w:t>
            </w:r>
          </w:p>
        </w:tc>
      </w:tr>
      <w:tr>
        <w:tc>
          <w:tcPr>
            <w:tcW w:type="dxa" w:w="3326"/>
          </w:tcPr>
          <w:p>
            <w:pPr>
              <w:bidi/>
              <w:spacing w:before="0" w:after="40"/>
            </w:pPr>
            <w:r>
              <w:rPr>
                <w:rtl/>
              </w:rPr>
              <w:t>הידרוספרה</w:t>
            </w:r>
          </w:p>
        </w:tc>
        <w:tc>
          <w:tcPr>
            <w:tcW w:type="dxa" w:w="3326"/>
          </w:tcPr>
          <w:p>
            <w:pPr>
              <w:bidi/>
              <w:spacing w:before="0" w:after="40"/>
            </w:pPr>
            <w:r>
              <w:rPr>
                <w:rtl/>
              </w:rPr>
              <w:t>כל המים</w:t>
            </w:r>
          </w:p>
        </w:tc>
        <w:tc>
          <w:tcPr>
            <w:tcW w:type="dxa" w:w="3326"/>
          </w:tcPr>
          <w:p>
            <w:pPr>
              <w:bidi/>
              <w:spacing w:before="0" w:after="40"/>
            </w:pPr>
            <w:r>
              <w:rPr>
                <w:rtl/>
              </w:rPr>
              <w:t>ים, קרחון, מי תהום</w:t>
            </w:r>
          </w:p>
        </w:tc>
      </w:tr>
      <w:tr>
        <w:tc>
          <w:tcPr>
            <w:tcW w:type="dxa" w:w="3326"/>
          </w:tcPr>
          <w:p>
            <w:pPr>
              <w:bidi/>
              <w:spacing w:before="0" w:after="40"/>
            </w:pPr>
            <w:r>
              <w:rPr>
                <w:rtl/>
              </w:rPr>
              <w:t>גאוספרה</w:t>
            </w:r>
          </w:p>
        </w:tc>
        <w:tc>
          <w:tcPr>
            <w:tcW w:type="dxa" w:w="3326"/>
          </w:tcPr>
          <w:p>
            <w:pPr>
              <w:bidi/>
              <w:spacing w:before="0" w:after="40"/>
            </w:pPr>
            <w:r>
              <w:rPr>
                <w:rtl/>
              </w:rPr>
              <w:t>החלק המוצק</w:t>
            </w:r>
          </w:p>
        </w:tc>
        <w:tc>
          <w:tcPr>
            <w:tcW w:type="dxa" w:w="3326"/>
          </w:tcPr>
          <w:p>
            <w:pPr>
              <w:bidi/>
              <w:spacing w:before="0" w:after="40"/>
            </w:pPr>
            <w:r>
              <w:rPr>
                <w:rtl/>
              </w:rPr>
              <w:t>סלע, הר, קרקע</w:t>
            </w:r>
          </w:p>
        </w:tc>
      </w:tr>
      <w:tr>
        <w:tc>
          <w:tcPr>
            <w:tcW w:type="dxa" w:w="3326"/>
          </w:tcPr>
          <w:p>
            <w:pPr>
              <w:bidi/>
              <w:spacing w:before="0" w:after="40"/>
            </w:pPr>
            <w:r>
              <w:rPr>
                <w:rtl/>
              </w:rPr>
              <w:t>ביוספרה</w:t>
            </w:r>
          </w:p>
        </w:tc>
        <w:tc>
          <w:tcPr>
            <w:tcW w:type="dxa" w:w="3326"/>
          </w:tcPr>
          <w:p>
            <w:pPr>
              <w:bidi/>
              <w:spacing w:before="0" w:after="40"/>
            </w:pPr>
            <w:r>
              <w:rPr>
                <w:rtl/>
              </w:rPr>
              <w:t>כל היצורים החיים</w:t>
            </w:r>
          </w:p>
        </w:tc>
        <w:tc>
          <w:tcPr>
            <w:tcW w:type="dxa" w:w="3326"/>
          </w:tcPr>
          <w:p>
            <w:pPr>
              <w:bidi/>
              <w:spacing w:before="0" w:after="40"/>
            </w:pPr>
            <w:r>
              <w:rPr>
                <w:rtl/>
              </w:rPr>
              <w:t>צמחים, בעלי חיים, אדם</w:t>
            </w:r>
          </w:p>
        </w:tc>
      </w:tr>
    </w:tbl>
    <w:p>
      <w:pPr>
        <w:bidi/>
        <w:spacing w:before="0" w:after="40"/>
      </w:pPr>
    </w:p>
    <w:p>
      <w:pPr>
        <w:bidi/>
        <w:spacing w:before="120" w:after="40"/>
      </w:pPr>
      <w:r>
        <w:rPr>
          <w:rFonts w:ascii="David" w:hAnsi="David" w:cs="David"/>
          <w:b/>
          <w:bCs/>
          <w:color w:val="14532D"/>
          <w:sz w:val="28"/>
          <w:szCs w:val="28"/>
          <w:rtl/>
        </w:rPr>
        <w:t>◆ חשוב לזכור</w:t>
      </w:r>
    </w:p>
    <w:p>
      <w:pPr>
        <w:bidi/>
        <w:spacing w:before="0" w:after="20"/>
      </w:pPr>
      <w:r>
        <w:rPr>
          <w:rtl/>
        </w:rPr>
        <w:t>1. הספרות קשורות: שינוי באחת משפיע על האחרות.</w:t>
      </w:r>
    </w:p>
    <w:p>
      <w:pPr>
        <w:bidi/>
        <w:spacing w:before="0" w:after="20"/>
      </w:pPr>
      <w:r>
        <w:rPr>
          <w:rtl/>
        </w:rPr>
        <w:t>2. האדם שייך לביוספרה ומשנה את כל הספרות.</w:t>
      </w:r>
    </w:p>
    <w:p>
      <w:pPr>
        <w:bidi/>
        <w:spacing w:before="160" w:after="60"/>
      </w:pPr>
      <w:r>
        <w:rPr>
          <w:b/>
          <w:bCs/>
          <w:sz w:val="26"/>
          <w:szCs w:val="26"/>
          <w:rtl/>
        </w:rPr>
        <w:t>1. התאימו כל ספרה לתיאור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טור א</w:t>
            </w:r>
          </w:p>
        </w:tc>
        <w:tc>
          <w:tcPr>
            <w:tcW w:type="dxa" w:w="4989"/>
            <w:shd w:val="clear" w:color="auto" w:fill="14532d"/>
          </w:tcPr>
          <w:p>
            <w:pPr>
              <w:bidi/>
              <w:spacing w:before="0" w:after="40"/>
            </w:pPr>
            <w:r>
              <w:rPr>
                <w:b/>
                <w:bCs/>
                <w:color w:val="FFFFFF"/>
                <w:rtl/>
              </w:rPr>
              <w:t>טור ב</w:t>
            </w:r>
          </w:p>
        </w:tc>
      </w:tr>
      <w:tr>
        <w:tc>
          <w:tcPr>
            <w:tcW w:type="dxa" w:w="4989"/>
          </w:tcPr>
          <w:p>
            <w:pPr>
              <w:bidi/>
              <w:spacing w:before="0" w:after="40"/>
            </w:pPr>
            <w:r>
              <w:rPr>
                <w:rtl/>
              </w:rPr>
              <w:t>1. אטמוספרה</w:t>
            </w:r>
          </w:p>
        </w:tc>
        <w:tc>
          <w:tcPr>
            <w:tcW w:type="dxa" w:w="4989"/>
          </w:tcPr>
          <w:p>
            <w:pPr>
              <w:bidi/>
              <w:spacing w:before="0" w:after="40"/>
            </w:pPr>
            <w:r>
              <w:rPr>
                <w:rtl/>
              </w:rPr>
              <w:t>[   ] סלעים, קרקע ושכבות פנים כדור הארץ</w:t>
            </w:r>
          </w:p>
        </w:tc>
      </w:tr>
      <w:tr>
        <w:tc>
          <w:tcPr>
            <w:tcW w:type="dxa" w:w="4989"/>
          </w:tcPr>
          <w:p>
            <w:pPr>
              <w:bidi/>
              <w:spacing w:before="0" w:after="40"/>
            </w:pPr>
            <w:r>
              <w:rPr>
                <w:rtl/>
              </w:rPr>
              <w:t>2. הידרוספרה</w:t>
            </w:r>
          </w:p>
        </w:tc>
        <w:tc>
          <w:tcPr>
            <w:tcW w:type="dxa" w:w="4989"/>
          </w:tcPr>
          <w:p>
            <w:pPr>
              <w:bidi/>
              <w:spacing w:before="0" w:after="40"/>
            </w:pPr>
            <w:r>
              <w:rPr>
                <w:rtl/>
              </w:rPr>
              <w:t>[   ] כל המים: נוזל, קרח ואדים</w:t>
            </w:r>
          </w:p>
        </w:tc>
      </w:tr>
      <w:tr>
        <w:tc>
          <w:tcPr>
            <w:tcW w:type="dxa" w:w="4989"/>
          </w:tcPr>
          <w:p>
            <w:pPr>
              <w:bidi/>
              <w:spacing w:before="0" w:after="40"/>
            </w:pPr>
            <w:r>
              <w:rPr>
                <w:rtl/>
              </w:rPr>
              <w:t>3. גאוספרה</w:t>
            </w:r>
          </w:p>
        </w:tc>
        <w:tc>
          <w:tcPr>
            <w:tcW w:type="dxa" w:w="4989"/>
          </w:tcPr>
          <w:p>
            <w:pPr>
              <w:bidi/>
              <w:spacing w:before="0" w:after="40"/>
            </w:pPr>
            <w:r>
              <w:rPr>
                <w:rtl/>
              </w:rPr>
              <w:t>[   ] מעטפת הגזים סביב כדור הארץ</w:t>
            </w:r>
          </w:p>
        </w:tc>
      </w:tr>
      <w:tr>
        <w:tc>
          <w:tcPr>
            <w:tcW w:type="dxa" w:w="4989"/>
          </w:tcPr>
          <w:p>
            <w:pPr>
              <w:bidi/>
              <w:spacing w:before="0" w:after="40"/>
            </w:pPr>
            <w:r>
              <w:rPr>
                <w:rtl/>
              </w:rPr>
              <w:t>4. ביוספרה</w:t>
            </w:r>
          </w:p>
        </w:tc>
        <w:tc>
          <w:tcPr>
            <w:tcW w:type="dxa" w:w="4989"/>
          </w:tcPr>
          <w:p>
            <w:pPr>
              <w:bidi/>
              <w:spacing w:before="0" w:after="40"/>
            </w:pPr>
            <w:r>
              <w:rPr>
                <w:rtl/>
              </w:rPr>
              <w:t>[   ] כל היצורים החיים</w:t>
            </w:r>
          </w:p>
        </w:tc>
      </w:tr>
    </w:tbl>
    <w:p>
      <w:pPr>
        <w:bidi/>
        <w:spacing w:before="0" w:after="40"/>
      </w:pPr>
    </w:p>
    <w:p>
      <w:pPr>
        <w:bidi/>
        <w:spacing w:before="160" w:after="60"/>
      </w:pPr>
      <w:r>
        <w:rPr>
          <w:b/>
          <w:bCs/>
          <w:sz w:val="26"/>
          <w:szCs w:val="26"/>
          <w:rtl/>
        </w:rPr>
        <w:t>2. השלימו: מאיזו ספרה לאיזו ספרה עוברת ההשפעה?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t>תופעה</w:t>
            </w:r>
          </w:p>
        </w:tc>
        <w:tc>
          <w:tcPr>
            <w:tcW w:type="dxa" w:w="3326"/>
            <w:shd w:val="clear" w:color="auto" w:fill="14532d"/>
          </w:tcPr>
          <w:p>
            <w:pPr>
              <w:bidi/>
              <w:spacing w:before="0" w:after="40"/>
            </w:pPr>
            <w:r>
              <w:rPr>
                <w:b/>
                <w:bCs/>
                <w:color w:val="FFFFFF"/>
                <w:rtl/>
              </w:rPr>
              <w:t>מתחילה ב…</w:t>
            </w:r>
          </w:p>
        </w:tc>
        <w:tc>
          <w:tcPr>
            <w:tcW w:type="dxa" w:w="3326"/>
            <w:shd w:val="clear" w:color="auto" w:fill="14532d"/>
          </w:tcPr>
          <w:p>
            <w:pPr>
              <w:bidi/>
              <w:spacing w:before="0" w:after="40"/>
            </w:pPr>
            <w:r>
              <w:rPr>
                <w:b/>
                <w:bCs/>
                <w:color w:val="FFFFFF"/>
                <w:rtl/>
              </w:rPr>
              <w:t>משפיעה על…</w:t>
            </w:r>
          </w:p>
        </w:tc>
      </w:tr>
      <w:tr>
        <w:tc>
          <w:tcPr>
            <w:tcW w:type="dxa" w:w="3326"/>
          </w:tcPr>
          <w:p>
            <w:pPr>
              <w:bidi/>
              <w:spacing w:before="0" w:after="40"/>
            </w:pPr>
            <w:r>
              <w:rPr>
                <w:rtl/>
              </w:rPr>
              <w:t>גשם חזק גורם לסחיפת קרקע</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יער משחרר חמצן לאוויר</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גלי ים שוחקים צוק</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4532d"/>
          </w:tcPr>
          <w:p>
            <w:pPr>
              <w:bidi/>
              <w:spacing w:before="0" w:after="40"/>
            </w:pPr>
            <w:r>
              <w:rPr>
                <w:b/>
                <w:bCs/>
                <w:color w:val="FFFFFF"/>
                <w:rtl/>
              </w:rPr>
              <w:t>משפט</w:t>
            </w:r>
          </w:p>
        </w:tc>
        <w:tc>
          <w:tcPr>
            <w:tcW w:type="dxa" w:w="2494"/>
            <w:shd w:val="clear" w:color="auto" w:fill="14532d"/>
          </w:tcPr>
          <w:p>
            <w:pPr>
              <w:bidi/>
              <w:spacing w:before="0" w:after="40"/>
            </w:pPr>
            <w:r>
              <w:rPr>
                <w:b/>
                <w:bCs/>
                <w:color w:val="FFFFFF"/>
                <w:rtl/>
              </w:rPr>
              <w:t>נכון</w:t>
            </w:r>
          </w:p>
        </w:tc>
        <w:tc>
          <w:tcPr>
            <w:tcW w:type="dxa" w:w="2494"/>
            <w:shd w:val="clear" w:color="auto" w:fill="14532d"/>
          </w:tcPr>
          <w:p>
            <w:pPr>
              <w:bidi/>
              <w:spacing w:before="0" w:after="40"/>
            </w:pPr>
            <w:r>
              <w:rPr>
                <w:b/>
                <w:bCs/>
                <w:color w:val="FFFFFF"/>
                <w:rtl/>
              </w:rPr>
              <w:t>לא נכון</w:t>
            </w:r>
          </w:p>
        </w:tc>
        <w:tc>
          <w:tcPr>
            <w:tcW w:type="dxa" w:w="2494"/>
            <w:shd w:val="clear" w:color="auto" w:fill="14532d"/>
          </w:tcPr>
          <w:p>
            <w:pPr>
              <w:bidi/>
              <w:spacing w:before="0" w:after="40"/>
            </w:pPr>
            <w:r>
              <w:rPr>
                <w:b/>
                <w:bCs/>
                <w:color w:val="FFFFFF"/>
                <w:rtl/>
              </w:rPr>
              <w:t>תיקון</w:t>
            </w:r>
          </w:p>
        </w:tc>
      </w:tr>
      <w:tr>
        <w:tc>
          <w:tcPr>
            <w:tcW w:type="dxa" w:w="2494"/>
          </w:tcPr>
          <w:p>
            <w:pPr>
              <w:bidi/>
              <w:spacing w:before="0" w:after="40"/>
            </w:pPr>
            <w:r>
              <w:rPr>
                <w:rtl/>
              </w:rPr>
              <w:t>א. רוב האוויר באטמוספרה הוא חנקן.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מי תהום שייכים לגאוספרה.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מה מהבאים הוא דוגמה להשפעת האדם על ההידרוספרה?</w:t>
      </w:r>
    </w:p>
    <w:p>
      <w:pPr>
        <w:bidi/>
        <w:spacing w:before="0" w:after="80"/>
      </w:pPr>
      <w:r>
        <w:rPr>
          <w:rtl/>
        </w:rPr>
        <w:t xml:space="preserve">   ○ בניית גשר      ○ שאיבת מים מהכנרת      ○ נטיעת עצים</w:t>
      </w:r>
    </w:p>
    <w:p>
      <w:pPr>
        <w:bidi/>
        <w:spacing w:before="160" w:after="60"/>
      </w:pPr>
      <w:r>
        <w:rPr>
          <w:b/>
          <w:bCs/>
          <w:sz w:val="26"/>
          <w:szCs w:val="26"/>
          <w:rtl/>
        </w:rPr>
        <w:t>5. תארו פעולה אחת של האדם, והסבירו איך היא משפיעה על שתי ספרות.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ח'   |   פרק 2</w:t>
      </w:r>
    </w:p>
    <w:p>
      <w:pPr>
        <w:bidi/>
        <w:spacing w:before="0" w:after="120"/>
      </w:pPr>
      <w:r>
        <w:rPr>
          <w:rFonts w:ascii="David" w:hAnsi="David" w:cs="David"/>
          <w:b/>
          <w:bCs/>
          <w:color w:val="14532D"/>
          <w:sz w:val="44"/>
          <w:szCs w:val="44"/>
          <w:rtl/>
        </w:rPr>
        <w:t>פרק 2: כדור הארץ במערכת השמש וביקום</w:t>
      </w:r>
    </w:p>
    <w:p>
      <w:pPr>
        <w:bidi/>
        <w:spacing w:before="120" w:after="40"/>
      </w:pPr>
      <w:r>
        <w:rPr>
          <w:rFonts w:ascii="David" w:hAnsi="David" w:cs="David"/>
          <w:b/>
          <w:bCs/>
          <w:color w:val="14532D"/>
          <w:sz w:val="28"/>
          <w:szCs w:val="28"/>
          <w:rtl/>
        </w:rPr>
        <w:t>◆ מהגדול לקטן</w:t>
      </w:r>
    </w:p>
    <w:p>
      <w:pPr>
        <w:bidi/>
        <w:spacing w:before="0" w:after="20"/>
      </w:pPr>
      <w:r>
        <w:rPr>
          <w:rtl/>
        </w:rPr>
        <w:t>1. יקום ← גלקסיה (שביל החלב) ← מערכת השמש ← כדור הארץ ← ירח.</w:t>
      </w:r>
    </w:p>
    <w:p>
      <w:pPr>
        <w:bidi/>
        <w:spacing w:before="0" w:after="20"/>
      </w:pPr>
      <w:r>
        <w:rPr>
          <w:rtl/>
        </w:rPr>
        <w:t>2. השמש היא כוכב; כדור הארץ הוא כוכב לכת.</w:t>
      </w:r>
    </w:p>
    <w:p>
      <w:pPr>
        <w:bidi/>
        <w:spacing w:before="120" w:after="40"/>
      </w:pPr>
      <w:r>
        <w:rPr>
          <w:rFonts w:ascii="David" w:hAnsi="David" w:cs="David"/>
          <w:b/>
          <w:bCs/>
          <w:color w:val="14532D"/>
          <w:sz w:val="28"/>
          <w:szCs w:val="28"/>
          <w:rtl/>
        </w:rPr>
        <w:t>◆ כוכבי הלכת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r>
          </w:p>
        </w:tc>
        <w:tc>
          <w:tcPr>
            <w:tcW w:type="dxa" w:w="3326"/>
            <w:shd w:val="clear" w:color="auto" w:fill="14532d"/>
          </w:tcPr>
          <w:p>
            <w:pPr>
              <w:bidi/>
              <w:spacing w:before="0" w:after="40"/>
            </w:pPr>
            <w:r>
              <w:rPr>
                <w:b/>
                <w:bCs/>
                <w:color w:val="FFFFFF"/>
                <w:rtl/>
              </w:rPr>
              <w:t>שמות</w:t>
            </w:r>
          </w:p>
        </w:tc>
        <w:tc>
          <w:tcPr>
            <w:tcW w:type="dxa" w:w="3326"/>
            <w:shd w:val="clear" w:color="auto" w:fill="14532d"/>
          </w:tcPr>
          <w:p>
            <w:pPr>
              <w:bidi/>
              <w:spacing w:before="0" w:after="40"/>
            </w:pPr>
            <w:r>
              <w:rPr>
                <w:b/>
                <w:bCs/>
                <w:color w:val="FFFFFF"/>
                <w:rtl/>
              </w:rPr>
              <w:t>תכונות</w:t>
            </w:r>
          </w:p>
        </w:tc>
      </w:tr>
      <w:tr>
        <w:tc>
          <w:tcPr>
            <w:tcW w:type="dxa" w:w="3326"/>
          </w:tcPr>
          <w:p>
            <w:pPr>
              <w:bidi/>
              <w:spacing w:before="0" w:after="40"/>
            </w:pPr>
            <w:r>
              <w:rPr>
                <w:rtl/>
              </w:rPr>
              <w:t>סלעיים</w:t>
            </w:r>
          </w:p>
        </w:tc>
        <w:tc>
          <w:tcPr>
            <w:tcW w:type="dxa" w:w="3326"/>
          </w:tcPr>
          <w:p>
            <w:pPr>
              <w:bidi/>
              <w:spacing w:before="0" w:after="40"/>
            </w:pPr>
            <w:r>
              <w:rPr>
                <w:rtl/>
              </w:rPr>
              <w:t>חמה, נוגה, ארץ, מאדים</w:t>
            </w:r>
          </w:p>
        </w:tc>
        <w:tc>
          <w:tcPr>
            <w:tcW w:type="dxa" w:w="3326"/>
          </w:tcPr>
          <w:p>
            <w:pPr>
              <w:bidi/>
              <w:spacing w:before="0" w:after="40"/>
            </w:pPr>
            <w:r>
              <w:rPr>
                <w:rtl/>
              </w:rPr>
              <w:t>קטנים, קרובים לשמש</w:t>
            </w:r>
          </w:p>
        </w:tc>
      </w:tr>
      <w:tr>
        <w:tc>
          <w:tcPr>
            <w:tcW w:type="dxa" w:w="3326"/>
          </w:tcPr>
          <w:p>
            <w:pPr>
              <w:bidi/>
              <w:spacing w:before="0" w:after="40"/>
            </w:pPr>
            <w:r>
              <w:rPr>
                <w:rtl/>
              </w:rPr>
              <w:t>ענקי גז</w:t>
            </w:r>
          </w:p>
        </w:tc>
        <w:tc>
          <w:tcPr>
            <w:tcW w:type="dxa" w:w="3326"/>
          </w:tcPr>
          <w:p>
            <w:pPr>
              <w:bidi/>
              <w:spacing w:before="0" w:after="40"/>
            </w:pPr>
            <w:r>
              <w:rPr>
                <w:rtl/>
              </w:rPr>
              <w:t>צדק, שבתאי, אורנוס, נפטון</w:t>
            </w:r>
          </w:p>
        </w:tc>
        <w:tc>
          <w:tcPr>
            <w:tcW w:type="dxa" w:w="3326"/>
          </w:tcPr>
          <w:p>
            <w:pPr>
              <w:bidi/>
              <w:spacing w:before="0" w:after="40"/>
            </w:pPr>
            <w:r>
              <w:rPr>
                <w:rtl/>
              </w:rPr>
              <w:t>גדולים, רחוקים, קרים</w:t>
            </w:r>
          </w:p>
        </w:tc>
      </w:tr>
    </w:tbl>
    <w:p>
      <w:pPr>
        <w:bidi/>
        <w:spacing w:before="0" w:after="40"/>
      </w:pPr>
    </w:p>
    <w:p>
      <w:pPr>
        <w:bidi/>
        <w:spacing w:before="160" w:after="60"/>
      </w:pPr>
      <w:r>
        <w:rPr>
          <w:b/>
          <w:bCs/>
          <w:sz w:val="26"/>
          <w:szCs w:val="26"/>
          <w:rtl/>
        </w:rPr>
        <w:t>1. התאימו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טור א</w:t>
            </w:r>
          </w:p>
        </w:tc>
        <w:tc>
          <w:tcPr>
            <w:tcW w:type="dxa" w:w="4989"/>
            <w:shd w:val="clear" w:color="auto" w:fill="14532d"/>
          </w:tcPr>
          <w:p>
            <w:pPr>
              <w:bidi/>
              <w:spacing w:before="0" w:after="40"/>
            </w:pPr>
            <w:r>
              <w:rPr>
                <w:b/>
                <w:bCs/>
                <w:color w:val="FFFFFF"/>
                <w:rtl/>
              </w:rPr>
              <w:t>טור ב</w:t>
            </w:r>
          </w:p>
        </w:tc>
      </w:tr>
      <w:tr>
        <w:tc>
          <w:tcPr>
            <w:tcW w:type="dxa" w:w="4989"/>
          </w:tcPr>
          <w:p>
            <w:pPr>
              <w:bidi/>
              <w:spacing w:before="0" w:after="40"/>
            </w:pPr>
            <w:r>
              <w:rPr>
                <w:rtl/>
              </w:rPr>
              <w:t>1. יקום</w:t>
            </w:r>
          </w:p>
        </w:tc>
        <w:tc>
          <w:tcPr>
            <w:tcW w:type="dxa" w:w="4989"/>
          </w:tcPr>
          <w:p>
            <w:pPr>
              <w:bidi/>
              <w:spacing w:before="0" w:after="40"/>
            </w:pPr>
            <w:r>
              <w:rPr>
                <w:rtl/>
              </w:rPr>
              <w:t>[   ] כל מה שקיים</w:t>
            </w:r>
          </w:p>
        </w:tc>
      </w:tr>
      <w:tr>
        <w:tc>
          <w:tcPr>
            <w:tcW w:type="dxa" w:w="4989"/>
          </w:tcPr>
          <w:p>
            <w:pPr>
              <w:bidi/>
              <w:spacing w:before="0" w:after="40"/>
            </w:pPr>
            <w:r>
              <w:rPr>
                <w:rtl/>
              </w:rPr>
              <w:t>2. גלקסיה</w:t>
            </w:r>
          </w:p>
        </w:tc>
        <w:tc>
          <w:tcPr>
            <w:tcW w:type="dxa" w:w="4989"/>
          </w:tcPr>
          <w:p>
            <w:pPr>
              <w:bidi/>
              <w:spacing w:before="0" w:after="40"/>
            </w:pPr>
            <w:r>
              <w:rPr>
                <w:rtl/>
              </w:rPr>
              <w:t>[   ] גוף שסובב כוכב לכת</w:t>
            </w:r>
          </w:p>
        </w:tc>
      </w:tr>
      <w:tr>
        <w:tc>
          <w:tcPr>
            <w:tcW w:type="dxa" w:w="4989"/>
          </w:tcPr>
          <w:p>
            <w:pPr>
              <w:bidi/>
              <w:spacing w:before="0" w:after="40"/>
            </w:pPr>
            <w:r>
              <w:rPr>
                <w:rtl/>
              </w:rPr>
              <w:t>3. כוכב</w:t>
            </w:r>
          </w:p>
        </w:tc>
        <w:tc>
          <w:tcPr>
            <w:tcW w:type="dxa" w:w="4989"/>
          </w:tcPr>
          <w:p>
            <w:pPr>
              <w:bidi/>
              <w:spacing w:before="0" w:after="40"/>
            </w:pPr>
            <w:r>
              <w:rPr>
                <w:rtl/>
              </w:rPr>
              <w:t>[   ] מערכת של מיליארדי כוכבים</w:t>
            </w:r>
          </w:p>
        </w:tc>
      </w:tr>
      <w:tr>
        <w:tc>
          <w:tcPr>
            <w:tcW w:type="dxa" w:w="4989"/>
          </w:tcPr>
          <w:p>
            <w:pPr>
              <w:bidi/>
              <w:spacing w:before="0" w:after="40"/>
            </w:pPr>
            <w:r>
              <w:rPr>
                <w:rtl/>
              </w:rPr>
              <w:t>4. ירח</w:t>
            </w:r>
          </w:p>
        </w:tc>
        <w:tc>
          <w:tcPr>
            <w:tcW w:type="dxa" w:w="4989"/>
          </w:tcPr>
          <w:p>
            <w:pPr>
              <w:bidi/>
              <w:spacing w:before="0" w:after="40"/>
            </w:pPr>
            <w:r>
              <w:rPr>
                <w:rtl/>
              </w:rPr>
              <w:t>[   ] גוף לוהט שמפיק אור</w:t>
            </w:r>
          </w:p>
        </w:tc>
      </w:tr>
    </w:tbl>
    <w:p>
      <w:pPr>
        <w:bidi/>
        <w:spacing w:before="0" w:after="40"/>
      </w:pPr>
    </w:p>
    <w:p>
      <w:pPr>
        <w:bidi/>
        <w:spacing w:before="160" w:after="60"/>
      </w:pPr>
      <w:r>
        <w:rPr>
          <w:b/>
          <w:bCs/>
          <w:sz w:val="26"/>
          <w:szCs w:val="26"/>
          <w:rtl/>
        </w:rPr>
        <w:t>2. השלימו.</w:t>
      </w:r>
    </w:p>
    <w:p>
      <w:pPr>
        <w:bidi/>
        <w:spacing w:before="0" w:after="80"/>
      </w:pPr>
      <w:r>
        <w:rPr>
          <w:color w:val="14532D"/>
          <w:sz w:val="24"/>
          <w:szCs w:val="24"/>
          <w:rtl/>
        </w:rPr>
        <w:t>מחסן מילים: 150  |  שבתאי  |  8</w:t>
      </w:r>
    </w:p>
    <w:p>
      <w:pPr>
        <w:bidi/>
        <w:spacing w:before="0" w:after="60"/>
      </w:pPr>
      <w:r>
        <w:rPr>
          <w:rtl/>
        </w:rPr>
        <w:t>א. המרחק מכדור הארץ לשמש הוא כ-__________ מיליון ק"מ.</w:t>
      </w:r>
    </w:p>
    <w:p>
      <w:pPr>
        <w:bidi/>
        <w:spacing w:before="0" w:after="60"/>
      </w:pPr>
      <w:r>
        <w:rPr>
          <w:rtl/>
        </w:rPr>
        <w:t>ב. כוכב הלכת עם הטבעות הבולטות הוא __________.</w:t>
      </w: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4532d"/>
          </w:tcPr>
          <w:p>
            <w:pPr>
              <w:bidi/>
              <w:spacing w:before="0" w:after="40"/>
            </w:pPr>
            <w:r>
              <w:rPr>
                <w:b/>
                <w:bCs/>
                <w:color w:val="FFFFFF"/>
                <w:rtl/>
              </w:rPr>
              <w:t>משפט</w:t>
            </w:r>
          </w:p>
        </w:tc>
        <w:tc>
          <w:tcPr>
            <w:tcW w:type="dxa" w:w="2494"/>
            <w:shd w:val="clear" w:color="auto" w:fill="14532d"/>
          </w:tcPr>
          <w:p>
            <w:pPr>
              <w:bidi/>
              <w:spacing w:before="0" w:after="40"/>
            </w:pPr>
            <w:r>
              <w:rPr>
                <w:b/>
                <w:bCs/>
                <w:color w:val="FFFFFF"/>
                <w:rtl/>
              </w:rPr>
              <w:t>נכון</w:t>
            </w:r>
          </w:p>
        </w:tc>
        <w:tc>
          <w:tcPr>
            <w:tcW w:type="dxa" w:w="2494"/>
            <w:shd w:val="clear" w:color="auto" w:fill="14532d"/>
          </w:tcPr>
          <w:p>
            <w:pPr>
              <w:bidi/>
              <w:spacing w:before="0" w:after="40"/>
            </w:pPr>
            <w:r>
              <w:rPr>
                <w:b/>
                <w:bCs/>
                <w:color w:val="FFFFFF"/>
                <w:rtl/>
              </w:rPr>
              <w:t>לא נכון</w:t>
            </w:r>
          </w:p>
        </w:tc>
        <w:tc>
          <w:tcPr>
            <w:tcW w:type="dxa" w:w="2494"/>
            <w:shd w:val="clear" w:color="auto" w:fill="14532d"/>
          </w:tcPr>
          <w:p>
            <w:pPr>
              <w:bidi/>
              <w:spacing w:before="0" w:after="40"/>
            </w:pPr>
            <w:r>
              <w:rPr>
                <w:b/>
                <w:bCs/>
                <w:color w:val="FFFFFF"/>
                <w:rtl/>
              </w:rPr>
              <w:t>תיקון</w:t>
            </w:r>
          </w:p>
        </w:tc>
      </w:tr>
      <w:tr>
        <w:tc>
          <w:tcPr>
            <w:tcW w:type="dxa" w:w="2494"/>
          </w:tcPr>
          <w:p>
            <w:pPr>
              <w:bidi/>
              <w:spacing w:before="0" w:after="40"/>
            </w:pPr>
            <w:r>
              <w:rPr>
                <w:rtl/>
              </w:rPr>
              <w:t>א. כוכבי הלכת הסלעיים קרובים יותר לשמש.</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שביל החלב הוא כוכב לכת.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מה מגן על כדור הארץ מפני רוח השמש?</w:t>
      </w:r>
    </w:p>
    <w:p>
      <w:pPr>
        <w:bidi/>
        <w:spacing w:before="0" w:after="80"/>
      </w:pPr>
      <w:r>
        <w:rPr>
          <w:rtl/>
        </w:rPr>
        <w:t xml:space="preserve">   ○ השדה המגנטי      ○ הירח      ○ האוקיינוסים</w:t>
      </w:r>
    </w:p>
    <w:p>
      <w:pPr>
        <w:bidi/>
        <w:spacing w:before="160" w:after="60"/>
      </w:pPr>
      <w:r>
        <w:rPr>
          <w:b/>
          <w:bCs/>
          <w:sz w:val="26"/>
          <w:szCs w:val="26"/>
          <w:rtl/>
        </w:rPr>
        <w:t>5. דמיינו שכדור הארץ היה קרוב יותר לשמש. מה היה קורה למים? נמקו.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ח'   |   פרק 3</w:t>
      </w:r>
    </w:p>
    <w:p>
      <w:pPr>
        <w:bidi/>
        <w:spacing w:before="0" w:after="120"/>
      </w:pPr>
      <w:r>
        <w:rPr>
          <w:rFonts w:ascii="David" w:hAnsi="David" w:cs="David"/>
          <w:b/>
          <w:bCs/>
          <w:color w:val="14532D"/>
          <w:sz w:val="44"/>
          <w:szCs w:val="44"/>
          <w:rtl/>
        </w:rPr>
        <w:t>פרק 3: תנועות כדור הארץ: יום ולילה ועונות השנה</w:t>
      </w:r>
    </w:p>
    <w:p>
      <w:pPr>
        <w:bidi/>
        <w:spacing w:before="120" w:after="40"/>
      </w:pPr>
      <w:r>
        <w:rPr>
          <w:rFonts w:ascii="David" w:hAnsi="David" w:cs="David"/>
          <w:b/>
          <w:bCs/>
          <w:color w:val="14532D"/>
          <w:sz w:val="28"/>
          <w:szCs w:val="28"/>
          <w:rtl/>
        </w:rPr>
        <w:t>◆ שתי תנועות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t>תנועה</w:t>
            </w:r>
          </w:p>
        </w:tc>
        <w:tc>
          <w:tcPr>
            <w:tcW w:type="dxa" w:w="3326"/>
            <w:shd w:val="clear" w:color="auto" w:fill="14532d"/>
          </w:tcPr>
          <w:p>
            <w:pPr>
              <w:bidi/>
              <w:spacing w:before="0" w:after="40"/>
            </w:pPr>
            <w:r>
              <w:rPr>
                <w:b/>
                <w:bCs/>
                <w:color w:val="FFFFFF"/>
                <w:rtl/>
              </w:rPr>
              <w:t>זמן</w:t>
            </w:r>
          </w:p>
        </w:tc>
        <w:tc>
          <w:tcPr>
            <w:tcW w:type="dxa" w:w="3326"/>
            <w:shd w:val="clear" w:color="auto" w:fill="14532d"/>
          </w:tcPr>
          <w:p>
            <w:pPr>
              <w:bidi/>
              <w:spacing w:before="0" w:after="40"/>
            </w:pPr>
            <w:r>
              <w:rPr>
                <w:b/>
                <w:bCs/>
                <w:color w:val="FFFFFF"/>
                <w:rtl/>
              </w:rPr>
              <w:t>תוצאה</w:t>
            </w:r>
          </w:p>
        </w:tc>
      </w:tr>
      <w:tr>
        <w:tc>
          <w:tcPr>
            <w:tcW w:type="dxa" w:w="3326"/>
          </w:tcPr>
          <w:p>
            <w:pPr>
              <w:bidi/>
              <w:spacing w:before="0" w:after="40"/>
            </w:pPr>
            <w:r>
              <w:rPr>
                <w:rtl/>
              </w:rPr>
              <w:t>סיבוב סביב הציר</w:t>
            </w:r>
          </w:p>
        </w:tc>
        <w:tc>
          <w:tcPr>
            <w:tcW w:type="dxa" w:w="3326"/>
          </w:tcPr>
          <w:p>
            <w:pPr>
              <w:bidi/>
              <w:spacing w:before="0" w:after="40"/>
            </w:pPr>
            <w:r>
              <w:rPr>
                <w:rtl/>
              </w:rPr>
              <w:t>יממה – 24 שעות</w:t>
            </w:r>
          </w:p>
        </w:tc>
        <w:tc>
          <w:tcPr>
            <w:tcW w:type="dxa" w:w="3326"/>
          </w:tcPr>
          <w:p>
            <w:pPr>
              <w:bidi/>
              <w:spacing w:before="0" w:after="40"/>
            </w:pPr>
            <w:r>
              <w:rPr>
                <w:rtl/>
              </w:rPr>
              <w:t>יום ולילה, אזורי זמן</w:t>
            </w:r>
          </w:p>
        </w:tc>
      </w:tr>
      <w:tr>
        <w:tc>
          <w:tcPr>
            <w:tcW w:type="dxa" w:w="3326"/>
          </w:tcPr>
          <w:p>
            <w:pPr>
              <w:bidi/>
              <w:spacing w:before="0" w:after="40"/>
            </w:pPr>
            <w:r>
              <w:rPr>
                <w:rtl/>
              </w:rPr>
              <w:t>הקפת השמש (עם נטיית הציר)</w:t>
            </w:r>
          </w:p>
        </w:tc>
        <w:tc>
          <w:tcPr>
            <w:tcW w:type="dxa" w:w="3326"/>
          </w:tcPr>
          <w:p>
            <w:pPr>
              <w:bidi/>
              <w:spacing w:before="0" w:after="40"/>
            </w:pPr>
            <w:r>
              <w:rPr>
                <w:rtl/>
              </w:rPr>
              <w:t>שנה – 365¼ ימים</w:t>
            </w:r>
          </w:p>
        </w:tc>
        <w:tc>
          <w:tcPr>
            <w:tcW w:type="dxa" w:w="3326"/>
          </w:tcPr>
          <w:p>
            <w:pPr>
              <w:bidi/>
              <w:spacing w:before="0" w:after="40"/>
            </w:pPr>
            <w:r>
              <w:rPr>
                <w:rtl/>
              </w:rPr>
              <w:t>עונות השנה</w:t>
            </w:r>
          </w:p>
        </w:tc>
      </w:tr>
    </w:tbl>
    <w:p>
      <w:pPr>
        <w:bidi/>
        <w:spacing w:before="0" w:after="40"/>
      </w:pPr>
    </w:p>
    <w:p>
      <w:pPr>
        <w:bidi/>
        <w:spacing w:before="120" w:after="40"/>
      </w:pPr>
      <w:r>
        <w:rPr>
          <w:rFonts w:ascii="David" w:hAnsi="David" w:cs="David"/>
          <w:b/>
          <w:bCs/>
          <w:color w:val="14532D"/>
          <w:sz w:val="28"/>
          <w:szCs w:val="28"/>
          <w:rtl/>
        </w:rPr>
        <w:t>◆ קיץ וחורף</w:t>
      </w:r>
    </w:p>
    <w:p>
      <w:pPr>
        <w:bidi/>
        <w:spacing w:before="0" w:after="20"/>
      </w:pPr>
      <w:r>
        <w:rPr>
          <w:rtl/>
        </w:rPr>
        <w:t>1. קיץ: קרניים ישרות, יום ארוך, חם.</w:t>
      </w:r>
    </w:p>
    <w:p>
      <w:pPr>
        <w:bidi/>
        <w:spacing w:before="0" w:after="20"/>
      </w:pPr>
      <w:r>
        <w:rPr>
          <w:rtl/>
        </w:rPr>
        <w:t>2. חורף: קרניים משופעות, יום קצר, קר.</w:t>
      </w:r>
    </w:p>
    <w:p>
      <w:pPr>
        <w:bidi/>
        <w:spacing w:before="0" w:after="20"/>
      </w:pPr>
      <w:r>
        <w:rPr>
          <w:rtl/>
        </w:rPr>
        <w:t>3. בחצי הכדור הדרומי – העונות הפוכות.</w:t>
      </w:r>
    </w:p>
    <w:p>
      <w:pPr>
        <w:bidi/>
        <w:spacing w:before="160" w:after="60"/>
      </w:pPr>
      <w:r>
        <w:rPr>
          <w:b/>
          <w:bCs/>
          <w:sz w:val="26"/>
          <w:szCs w:val="26"/>
          <w:rtl/>
        </w:rPr>
        <w:t>1. התאימו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טור א</w:t>
            </w:r>
          </w:p>
        </w:tc>
        <w:tc>
          <w:tcPr>
            <w:tcW w:type="dxa" w:w="4989"/>
            <w:shd w:val="clear" w:color="auto" w:fill="14532d"/>
          </w:tcPr>
          <w:p>
            <w:pPr>
              <w:bidi/>
              <w:spacing w:before="0" w:after="40"/>
            </w:pPr>
            <w:r>
              <w:rPr>
                <w:b/>
                <w:bCs/>
                <w:color w:val="FFFFFF"/>
                <w:rtl/>
              </w:rPr>
              <w:t>טור ב</w:t>
            </w:r>
          </w:p>
        </w:tc>
      </w:tr>
      <w:tr>
        <w:tc>
          <w:tcPr>
            <w:tcW w:type="dxa" w:w="4989"/>
          </w:tcPr>
          <w:p>
            <w:pPr>
              <w:bidi/>
              <w:spacing w:before="0" w:after="40"/>
            </w:pPr>
            <w:r>
              <w:rPr>
                <w:rtl/>
              </w:rPr>
              <w:t>1. יממה</w:t>
            </w:r>
          </w:p>
        </w:tc>
        <w:tc>
          <w:tcPr>
            <w:tcW w:type="dxa" w:w="4989"/>
          </w:tcPr>
          <w:p>
            <w:pPr>
              <w:bidi/>
              <w:spacing w:before="0" w:after="40"/>
            </w:pPr>
            <w:r>
              <w:rPr>
                <w:rtl/>
              </w:rPr>
              <w:t>[   ] סיבוב אחד סביב הציר</w:t>
            </w:r>
          </w:p>
        </w:tc>
      </w:tr>
      <w:tr>
        <w:tc>
          <w:tcPr>
            <w:tcW w:type="dxa" w:w="4989"/>
          </w:tcPr>
          <w:p>
            <w:pPr>
              <w:bidi/>
              <w:spacing w:before="0" w:after="40"/>
            </w:pPr>
            <w:r>
              <w:rPr>
                <w:rtl/>
              </w:rPr>
              <w:t>2. שנה</w:t>
            </w:r>
          </w:p>
        </w:tc>
        <w:tc>
          <w:tcPr>
            <w:tcW w:type="dxa" w:w="4989"/>
          </w:tcPr>
          <w:p>
            <w:pPr>
              <w:bidi/>
              <w:spacing w:before="0" w:after="40"/>
            </w:pPr>
            <w:r>
              <w:rPr>
                <w:rtl/>
              </w:rPr>
              <w:t>[   ] קו רוחב 0°</w:t>
            </w:r>
          </w:p>
        </w:tc>
      </w:tr>
      <w:tr>
        <w:tc>
          <w:tcPr>
            <w:tcW w:type="dxa" w:w="4989"/>
          </w:tcPr>
          <w:p>
            <w:pPr>
              <w:bidi/>
              <w:spacing w:before="0" w:after="40"/>
            </w:pPr>
            <w:r>
              <w:rPr>
                <w:rtl/>
              </w:rPr>
              <w:t>3. קו המשווה</w:t>
            </w:r>
          </w:p>
        </w:tc>
        <w:tc>
          <w:tcPr>
            <w:tcW w:type="dxa" w:w="4989"/>
          </w:tcPr>
          <w:p>
            <w:pPr>
              <w:bidi/>
              <w:spacing w:before="0" w:after="40"/>
            </w:pPr>
            <w:r>
              <w:rPr>
                <w:rtl/>
              </w:rPr>
              <w:t>[   ] הקפה אחת סביב השמש</w:t>
            </w:r>
          </w:p>
        </w:tc>
      </w:tr>
      <w:tr>
        <w:tc>
          <w:tcPr>
            <w:tcW w:type="dxa" w:w="4989"/>
          </w:tcPr>
          <w:p>
            <w:pPr>
              <w:bidi/>
              <w:spacing w:before="0" w:after="40"/>
            </w:pPr>
            <w:r>
              <w:rPr>
                <w:rtl/>
              </w:rPr>
              <w:t>4. שנה מעוברת</w:t>
            </w:r>
          </w:p>
        </w:tc>
        <w:tc>
          <w:tcPr>
            <w:tcW w:type="dxa" w:w="4989"/>
          </w:tcPr>
          <w:p>
            <w:pPr>
              <w:bidi/>
              <w:spacing w:before="0" w:after="40"/>
            </w:pPr>
            <w:r>
              <w:rPr>
                <w:rtl/>
              </w:rPr>
              <w:t>[   ] שנה עם 29 בפברואר</w:t>
            </w:r>
          </w:p>
        </w:tc>
      </w:tr>
    </w:tbl>
    <w:p>
      <w:pPr>
        <w:bidi/>
        <w:spacing w:before="0" w:after="40"/>
      </w:pPr>
    </w:p>
    <w:p>
      <w:pPr>
        <w:bidi/>
        <w:spacing w:before="160" w:after="60"/>
      </w:pPr>
      <w:r>
        <w:rPr>
          <w:b/>
          <w:bCs/>
          <w:sz w:val="26"/>
          <w:szCs w:val="26"/>
          <w:rtl/>
        </w:rPr>
        <w:t>2. השלימו.</w:t>
      </w:r>
    </w:p>
    <w:p>
      <w:pPr>
        <w:bidi/>
        <w:spacing w:before="0" w:after="80"/>
      </w:pPr>
      <w:r>
        <w:rPr>
          <w:color w:val="14532D"/>
          <w:sz w:val="24"/>
          <w:szCs w:val="24"/>
          <w:rtl/>
        </w:rPr>
        <w:t>מחסן מילים: 23.5  |  מזרח  |  מערב</w:t>
      </w:r>
    </w:p>
    <w:p>
      <w:pPr>
        <w:bidi/>
        <w:spacing w:before="0" w:after="60"/>
      </w:pPr>
      <w:r>
        <w:rPr>
          <w:rtl/>
        </w:rPr>
        <w:t>א. ציר כדור הארץ נוטה בכ-__________ מעלות.</w:t>
      </w:r>
    </w:p>
    <w:p>
      <w:pPr>
        <w:bidi/>
        <w:spacing w:before="0" w:after="60"/>
      </w:pPr>
      <w:r>
        <w:rPr>
          <w:rtl/>
        </w:rPr>
        <w:t>ב. השמש זורחת ב__________.</w:t>
      </w: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4532d"/>
          </w:tcPr>
          <w:p>
            <w:pPr>
              <w:bidi/>
              <w:spacing w:before="0" w:after="40"/>
            </w:pPr>
            <w:r>
              <w:rPr>
                <w:b/>
                <w:bCs/>
                <w:color w:val="FFFFFF"/>
                <w:rtl/>
              </w:rPr>
              <w:t>משפט</w:t>
            </w:r>
          </w:p>
        </w:tc>
        <w:tc>
          <w:tcPr>
            <w:tcW w:type="dxa" w:w="2494"/>
            <w:shd w:val="clear" w:color="auto" w:fill="14532d"/>
          </w:tcPr>
          <w:p>
            <w:pPr>
              <w:bidi/>
              <w:spacing w:before="0" w:after="40"/>
            </w:pPr>
            <w:r>
              <w:rPr>
                <w:b/>
                <w:bCs/>
                <w:color w:val="FFFFFF"/>
                <w:rtl/>
              </w:rPr>
              <w:t>נכון</w:t>
            </w:r>
          </w:p>
        </w:tc>
        <w:tc>
          <w:tcPr>
            <w:tcW w:type="dxa" w:w="2494"/>
            <w:shd w:val="clear" w:color="auto" w:fill="14532d"/>
          </w:tcPr>
          <w:p>
            <w:pPr>
              <w:bidi/>
              <w:spacing w:before="0" w:after="40"/>
            </w:pPr>
            <w:r>
              <w:rPr>
                <w:b/>
                <w:bCs/>
                <w:color w:val="FFFFFF"/>
                <w:rtl/>
              </w:rPr>
              <w:t>לא נכון</w:t>
            </w:r>
          </w:p>
        </w:tc>
        <w:tc>
          <w:tcPr>
            <w:tcW w:type="dxa" w:w="2494"/>
            <w:shd w:val="clear" w:color="auto" w:fill="14532d"/>
          </w:tcPr>
          <w:p>
            <w:pPr>
              <w:bidi/>
              <w:spacing w:before="0" w:after="40"/>
            </w:pPr>
            <w:r>
              <w:rPr>
                <w:b/>
                <w:bCs/>
                <w:color w:val="FFFFFF"/>
                <w:rtl/>
              </w:rPr>
              <w:t>תיקון</w:t>
            </w:r>
          </w:p>
        </w:tc>
      </w:tr>
      <w:tr>
        <w:tc>
          <w:tcPr>
            <w:tcW w:type="dxa" w:w="2494"/>
          </w:tcPr>
          <w:p>
            <w:pPr>
              <w:bidi/>
              <w:spacing w:before="0" w:after="40"/>
            </w:pPr>
            <w:r>
              <w:rPr>
                <w:rtl/>
              </w:rPr>
              <w:t>א. באזור קו המשווה ההבדל בין העונות קטן.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אם הציר לא היה נוטה, היו עונות חזקות יותר.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מה אורך היום בקו המשווה כמעט כל השנה?</w:t>
      </w:r>
    </w:p>
    <w:p>
      <w:pPr>
        <w:bidi/>
        <w:spacing w:before="0" w:after="80"/>
      </w:pPr>
      <w:r>
        <w:rPr>
          <w:rtl/>
        </w:rPr>
        <w:t xml:space="preserve">   ○ כ-12 שעות      ○ כ-20 שעות      ○ כ-4 שעות</w:t>
      </w:r>
    </w:p>
    <w:p>
      <w:pPr>
        <w:bidi/>
        <w:spacing w:before="160" w:after="60"/>
      </w:pPr>
      <w:r>
        <w:rPr>
          <w:b/>
          <w:bCs/>
          <w:sz w:val="26"/>
          <w:szCs w:val="26"/>
          <w:rtl/>
        </w:rPr>
        <w:t>5. אחיכם הקטן אומר: «בקיץ חם כי אנחנו קרובים לשמש». כתבו לו הסבר נכון ופשוט.</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ח'   |   פרק 4</w:t>
      </w:r>
    </w:p>
    <w:p>
      <w:pPr>
        <w:bidi/>
        <w:spacing w:before="0" w:after="120"/>
      </w:pPr>
      <w:r>
        <w:rPr>
          <w:rFonts w:ascii="David" w:hAnsi="David" w:cs="David"/>
          <w:b/>
          <w:bCs/>
          <w:color w:val="14532D"/>
          <w:sz w:val="44"/>
          <w:szCs w:val="44"/>
          <w:rtl/>
        </w:rPr>
        <w:t>פרק 4: האטמוספרה ומזג האוויר</w:t>
      </w:r>
    </w:p>
    <w:p>
      <w:pPr>
        <w:bidi/>
        <w:spacing w:before="120" w:after="40"/>
      </w:pPr>
      <w:r>
        <w:rPr>
          <w:rFonts w:ascii="David" w:hAnsi="David" w:cs="David"/>
          <w:b/>
          <w:bCs/>
          <w:color w:val="14532D"/>
          <w:sz w:val="28"/>
          <w:szCs w:val="28"/>
          <w:rtl/>
        </w:rPr>
        <w:t>◆ מרכיבי מזג האוויר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t>מרכיב</w:t>
            </w:r>
          </w:p>
        </w:tc>
        <w:tc>
          <w:tcPr>
            <w:tcW w:type="dxa" w:w="3326"/>
            <w:shd w:val="clear" w:color="auto" w:fill="14532d"/>
          </w:tcPr>
          <w:p>
            <w:pPr>
              <w:bidi/>
              <w:spacing w:before="0" w:after="40"/>
            </w:pPr>
            <w:r>
              <w:rPr>
                <w:b/>
                <w:bCs/>
                <w:color w:val="FFFFFF"/>
                <w:rtl/>
              </w:rPr>
              <w:t>מכשיר</w:t>
            </w:r>
          </w:p>
        </w:tc>
        <w:tc>
          <w:tcPr>
            <w:tcW w:type="dxa" w:w="3326"/>
            <w:shd w:val="clear" w:color="auto" w:fill="14532d"/>
          </w:tcPr>
          <w:p>
            <w:pPr>
              <w:bidi/>
              <w:spacing w:before="0" w:after="40"/>
            </w:pPr>
            <w:r>
              <w:rPr>
                <w:b/>
                <w:bCs/>
                <w:color w:val="FFFFFF"/>
                <w:rtl/>
              </w:rPr>
              <w:t>יחידה</w:t>
            </w:r>
          </w:p>
        </w:tc>
      </w:tr>
      <w:tr>
        <w:tc>
          <w:tcPr>
            <w:tcW w:type="dxa" w:w="3326"/>
          </w:tcPr>
          <w:p>
            <w:pPr>
              <w:bidi/>
              <w:spacing w:before="0" w:after="40"/>
            </w:pPr>
            <w:r>
              <w:rPr>
                <w:rtl/>
              </w:rPr>
              <w:t>טמפרטורה</w:t>
            </w:r>
          </w:p>
        </w:tc>
        <w:tc>
          <w:tcPr>
            <w:tcW w:type="dxa" w:w="3326"/>
          </w:tcPr>
          <w:p>
            <w:pPr>
              <w:bidi/>
              <w:spacing w:before="0" w:after="40"/>
            </w:pPr>
            <w:r>
              <w:rPr>
                <w:rtl/>
              </w:rPr>
              <w:t>מדחום</w:t>
            </w:r>
          </w:p>
        </w:tc>
        <w:tc>
          <w:tcPr>
            <w:tcW w:type="dxa" w:w="3326"/>
          </w:tcPr>
          <w:p>
            <w:pPr>
              <w:bidi/>
              <w:spacing w:before="0" w:after="40"/>
            </w:pPr>
            <w:r>
              <w:rPr>
                <w:rtl/>
              </w:rPr>
              <w:t>מעלות צלזיוס</w:t>
            </w:r>
          </w:p>
        </w:tc>
      </w:tr>
      <w:tr>
        <w:tc>
          <w:tcPr>
            <w:tcW w:type="dxa" w:w="3326"/>
          </w:tcPr>
          <w:p>
            <w:pPr>
              <w:bidi/>
              <w:spacing w:before="0" w:after="40"/>
            </w:pPr>
            <w:r>
              <w:rPr>
                <w:rtl/>
              </w:rPr>
              <w:t>לחץ אוויר</w:t>
            </w:r>
          </w:p>
        </w:tc>
        <w:tc>
          <w:tcPr>
            <w:tcW w:type="dxa" w:w="3326"/>
          </w:tcPr>
          <w:p>
            <w:pPr>
              <w:bidi/>
              <w:spacing w:before="0" w:after="40"/>
            </w:pPr>
            <w:r>
              <w:rPr>
                <w:rtl/>
              </w:rPr>
              <w:t>ברומטר</w:t>
            </w:r>
          </w:p>
        </w:tc>
        <w:tc>
          <w:tcPr>
            <w:tcW w:type="dxa" w:w="3326"/>
          </w:tcPr>
          <w:p>
            <w:pPr>
              <w:bidi/>
              <w:spacing w:before="0" w:after="40"/>
            </w:pPr>
            <w:r>
              <w:rPr>
                <w:rtl/>
              </w:rPr>
              <w:t>מיליבר / הקטופסקל</w:t>
            </w:r>
          </w:p>
        </w:tc>
      </w:tr>
      <w:tr>
        <w:tc>
          <w:tcPr>
            <w:tcW w:type="dxa" w:w="3326"/>
          </w:tcPr>
          <w:p>
            <w:pPr>
              <w:bidi/>
              <w:spacing w:before="0" w:after="40"/>
            </w:pPr>
            <w:r>
              <w:rPr>
                <w:rtl/>
              </w:rPr>
              <w:t>משקעים</w:t>
            </w:r>
          </w:p>
        </w:tc>
        <w:tc>
          <w:tcPr>
            <w:tcW w:type="dxa" w:w="3326"/>
          </w:tcPr>
          <w:p>
            <w:pPr>
              <w:bidi/>
              <w:spacing w:before="0" w:after="40"/>
            </w:pPr>
            <w:r>
              <w:rPr>
                <w:rtl/>
              </w:rPr>
              <w:t>מד גשם</w:t>
            </w:r>
          </w:p>
        </w:tc>
        <w:tc>
          <w:tcPr>
            <w:tcW w:type="dxa" w:w="3326"/>
          </w:tcPr>
          <w:p>
            <w:pPr>
              <w:bidi/>
              <w:spacing w:before="0" w:after="40"/>
            </w:pPr>
            <w:r>
              <w:rPr>
                <w:rtl/>
              </w:rPr>
              <w:t>מ"מ</w:t>
            </w:r>
          </w:p>
        </w:tc>
      </w:tr>
      <w:tr>
        <w:tc>
          <w:tcPr>
            <w:tcW w:type="dxa" w:w="3326"/>
          </w:tcPr>
          <w:p>
            <w:pPr>
              <w:bidi/>
              <w:spacing w:before="0" w:after="40"/>
            </w:pPr>
            <w:r>
              <w:rPr>
                <w:rtl/>
              </w:rPr>
              <w:t>רוח</w:t>
            </w:r>
          </w:p>
        </w:tc>
        <w:tc>
          <w:tcPr>
            <w:tcW w:type="dxa" w:w="3326"/>
          </w:tcPr>
          <w:p>
            <w:pPr>
              <w:bidi/>
              <w:spacing w:before="0" w:after="40"/>
            </w:pPr>
            <w:r>
              <w:rPr>
                <w:rtl/>
              </w:rPr>
              <w:t>שבשבת, מד רוח</w:t>
            </w:r>
          </w:p>
        </w:tc>
        <w:tc>
          <w:tcPr>
            <w:tcW w:type="dxa" w:w="3326"/>
          </w:tcPr>
          <w:p>
            <w:pPr>
              <w:bidi/>
              <w:spacing w:before="0" w:after="40"/>
            </w:pPr>
            <w:r>
              <w:rPr>
                <w:rtl/>
              </w:rPr>
              <w:t>כיוון, קמ"ש</w:t>
            </w:r>
          </w:p>
        </w:tc>
      </w:tr>
    </w:tbl>
    <w:p>
      <w:pPr>
        <w:bidi/>
        <w:spacing w:before="0" w:after="40"/>
      </w:pPr>
    </w:p>
    <w:p>
      <w:pPr>
        <w:bidi/>
        <w:spacing w:before="120" w:after="40"/>
      </w:pPr>
      <w:r>
        <w:rPr>
          <w:rFonts w:ascii="David" w:hAnsi="David" w:cs="David"/>
          <w:b/>
          <w:bCs/>
          <w:color w:val="14532D"/>
          <w:sz w:val="28"/>
          <w:szCs w:val="28"/>
          <w:rtl/>
        </w:rPr>
        <w:t>◆ חוקים חשובים</w:t>
      </w:r>
    </w:p>
    <w:p>
      <w:pPr>
        <w:bidi/>
        <w:spacing w:before="0" w:after="20"/>
      </w:pPr>
      <w:r>
        <w:rPr>
          <w:rtl/>
        </w:rPr>
        <w:t>1. חם עולה = לחץ נמוך; קר יורד = לחץ גבוה.</w:t>
      </w:r>
    </w:p>
    <w:p>
      <w:pPr>
        <w:bidi/>
        <w:spacing w:before="0" w:after="20"/>
      </w:pPr>
      <w:r>
        <w:rPr>
          <w:rtl/>
        </w:rPr>
        <w:t>2. רוח: מגבוה ← אל נמוך.</w:t>
      </w:r>
    </w:p>
    <w:p>
      <w:pPr>
        <w:bidi/>
        <w:spacing w:before="0" w:after="20"/>
      </w:pPr>
      <w:r>
        <w:rPr>
          <w:rtl/>
        </w:rPr>
        <w:t>3. מחזור המים: התאדות ← התעבות ← משקעים ← זרימה.</w:t>
      </w:r>
    </w:p>
    <w:p>
      <w:pPr>
        <w:bidi/>
        <w:spacing w:before="160" w:after="60"/>
      </w:pPr>
      <w:r>
        <w:rPr>
          <w:b/>
          <w:bCs/>
          <w:sz w:val="26"/>
          <w:szCs w:val="26"/>
          <w:rtl/>
        </w:rPr>
        <w:t>1. התאימו מכשיר למה שהוא מודד.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טור א</w:t>
            </w:r>
          </w:p>
        </w:tc>
        <w:tc>
          <w:tcPr>
            <w:tcW w:type="dxa" w:w="4989"/>
            <w:shd w:val="clear" w:color="auto" w:fill="14532d"/>
          </w:tcPr>
          <w:p>
            <w:pPr>
              <w:bidi/>
              <w:spacing w:before="0" w:after="40"/>
            </w:pPr>
            <w:r>
              <w:rPr>
                <w:b/>
                <w:bCs/>
                <w:color w:val="FFFFFF"/>
                <w:rtl/>
              </w:rPr>
              <w:t>טור ב</w:t>
            </w:r>
          </w:p>
        </w:tc>
      </w:tr>
      <w:tr>
        <w:tc>
          <w:tcPr>
            <w:tcW w:type="dxa" w:w="4989"/>
          </w:tcPr>
          <w:p>
            <w:pPr>
              <w:bidi/>
              <w:spacing w:before="0" w:after="40"/>
            </w:pPr>
            <w:r>
              <w:rPr>
                <w:rtl/>
              </w:rPr>
              <w:t>1. מדחום</w:t>
            </w:r>
          </w:p>
        </w:tc>
        <w:tc>
          <w:tcPr>
            <w:tcW w:type="dxa" w:w="4989"/>
          </w:tcPr>
          <w:p>
            <w:pPr>
              <w:bidi/>
              <w:spacing w:before="0" w:after="40"/>
            </w:pPr>
            <w:r>
              <w:rPr>
                <w:rtl/>
              </w:rPr>
              <w:t>[   ] כמות משקעים</w:t>
            </w:r>
          </w:p>
        </w:tc>
      </w:tr>
      <w:tr>
        <w:tc>
          <w:tcPr>
            <w:tcW w:type="dxa" w:w="4989"/>
          </w:tcPr>
          <w:p>
            <w:pPr>
              <w:bidi/>
              <w:spacing w:before="0" w:after="40"/>
            </w:pPr>
            <w:r>
              <w:rPr>
                <w:rtl/>
              </w:rPr>
              <w:t>2. ברומטר</w:t>
            </w:r>
          </w:p>
        </w:tc>
        <w:tc>
          <w:tcPr>
            <w:tcW w:type="dxa" w:w="4989"/>
          </w:tcPr>
          <w:p>
            <w:pPr>
              <w:bidi/>
              <w:spacing w:before="0" w:after="40"/>
            </w:pPr>
            <w:r>
              <w:rPr>
                <w:rtl/>
              </w:rPr>
              <w:t>[   ] טמפרטורה</w:t>
            </w:r>
          </w:p>
        </w:tc>
      </w:tr>
      <w:tr>
        <w:tc>
          <w:tcPr>
            <w:tcW w:type="dxa" w:w="4989"/>
          </w:tcPr>
          <w:p>
            <w:pPr>
              <w:bidi/>
              <w:spacing w:before="0" w:after="40"/>
            </w:pPr>
            <w:r>
              <w:rPr>
                <w:rtl/>
              </w:rPr>
              <w:t>3. מד גשם</w:t>
            </w:r>
          </w:p>
        </w:tc>
        <w:tc>
          <w:tcPr>
            <w:tcW w:type="dxa" w:w="4989"/>
          </w:tcPr>
          <w:p>
            <w:pPr>
              <w:bidi/>
              <w:spacing w:before="0" w:after="40"/>
            </w:pPr>
            <w:r>
              <w:rPr>
                <w:rtl/>
              </w:rPr>
              <w:t>[   ] כיוון הרוח</w:t>
            </w:r>
          </w:p>
        </w:tc>
      </w:tr>
      <w:tr>
        <w:tc>
          <w:tcPr>
            <w:tcW w:type="dxa" w:w="4989"/>
          </w:tcPr>
          <w:p>
            <w:pPr>
              <w:bidi/>
              <w:spacing w:before="0" w:after="40"/>
            </w:pPr>
            <w:r>
              <w:rPr>
                <w:rtl/>
              </w:rPr>
              <w:t>4. שבשבת</w:t>
            </w:r>
          </w:p>
        </w:tc>
        <w:tc>
          <w:tcPr>
            <w:tcW w:type="dxa" w:w="4989"/>
          </w:tcPr>
          <w:p>
            <w:pPr>
              <w:bidi/>
              <w:spacing w:before="0" w:after="40"/>
            </w:pPr>
            <w:r>
              <w:rPr>
                <w:rtl/>
              </w:rPr>
              <w:t>[   ] לחץ אוויר</w:t>
            </w:r>
          </w:p>
        </w:tc>
      </w:tr>
    </w:tbl>
    <w:p>
      <w:pPr>
        <w:bidi/>
        <w:spacing w:before="0" w:after="40"/>
      </w:pPr>
    </w:p>
    <w:p>
      <w:pPr>
        <w:bidi/>
        <w:spacing w:before="160" w:after="60"/>
      </w:pPr>
      <w:r>
        <w:rPr>
          <w:b/>
          <w:bCs/>
          <w:sz w:val="26"/>
          <w:szCs w:val="26"/>
          <w:rtl/>
        </w:rPr>
        <w:t>2. השלימו.</w:t>
      </w:r>
    </w:p>
    <w:p>
      <w:pPr>
        <w:bidi/>
        <w:spacing w:before="0" w:after="80"/>
      </w:pPr>
      <w:r>
        <w:rPr>
          <w:color w:val="14532D"/>
          <w:sz w:val="24"/>
          <w:szCs w:val="24"/>
          <w:rtl/>
        </w:rPr>
        <w:t>מחסן מילים: מזג אוויר  |  חורף  |  קיץ</w:t>
      </w:r>
    </w:p>
    <w:p>
      <w:pPr>
        <w:bidi/>
        <w:spacing w:before="0" w:after="60"/>
      </w:pPr>
      <w:r>
        <w:rPr>
          <w:rtl/>
        </w:rPr>
        <w:t>א. מצב האטמוספרה בזמן קצר נקרא __________.</w:t>
      </w:r>
    </w:p>
    <w:p>
      <w:pPr>
        <w:bidi/>
        <w:spacing w:before="0" w:after="60"/>
      </w:pPr>
      <w:r>
        <w:rPr>
          <w:rtl/>
        </w:rPr>
        <w:t>ב. בישראל הגשם יורד בעיקר ב__________.</w:t>
      </w: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4532d"/>
          </w:tcPr>
          <w:p>
            <w:pPr>
              <w:bidi/>
              <w:spacing w:before="0" w:after="40"/>
            </w:pPr>
            <w:r>
              <w:rPr>
                <w:b/>
                <w:bCs/>
                <w:color w:val="FFFFFF"/>
                <w:rtl/>
              </w:rPr>
              <w:t>משפט</w:t>
            </w:r>
          </w:p>
        </w:tc>
        <w:tc>
          <w:tcPr>
            <w:tcW w:type="dxa" w:w="2494"/>
            <w:shd w:val="clear" w:color="auto" w:fill="14532d"/>
          </w:tcPr>
          <w:p>
            <w:pPr>
              <w:bidi/>
              <w:spacing w:before="0" w:after="40"/>
            </w:pPr>
            <w:r>
              <w:rPr>
                <w:b/>
                <w:bCs/>
                <w:color w:val="FFFFFF"/>
                <w:rtl/>
              </w:rPr>
              <w:t>נכון</w:t>
            </w:r>
          </w:p>
        </w:tc>
        <w:tc>
          <w:tcPr>
            <w:tcW w:type="dxa" w:w="2494"/>
            <w:shd w:val="clear" w:color="auto" w:fill="14532d"/>
          </w:tcPr>
          <w:p>
            <w:pPr>
              <w:bidi/>
              <w:spacing w:before="0" w:after="40"/>
            </w:pPr>
            <w:r>
              <w:rPr>
                <w:b/>
                <w:bCs/>
                <w:color w:val="FFFFFF"/>
                <w:rtl/>
              </w:rPr>
              <w:t>לא נכון</w:t>
            </w:r>
          </w:p>
        </w:tc>
        <w:tc>
          <w:tcPr>
            <w:tcW w:type="dxa" w:w="2494"/>
            <w:shd w:val="clear" w:color="auto" w:fill="14532d"/>
          </w:tcPr>
          <w:p>
            <w:pPr>
              <w:bidi/>
              <w:spacing w:before="0" w:after="40"/>
            </w:pPr>
            <w:r>
              <w:rPr>
                <w:b/>
                <w:bCs/>
                <w:color w:val="FFFFFF"/>
                <w:rtl/>
              </w:rPr>
              <w:t>תיקון</w:t>
            </w:r>
          </w:p>
        </w:tc>
      </w:tr>
      <w:tr>
        <w:tc>
          <w:tcPr>
            <w:tcW w:type="dxa" w:w="2494"/>
          </w:tcPr>
          <w:p>
            <w:pPr>
              <w:bidi/>
              <w:spacing w:before="0" w:after="40"/>
            </w:pPr>
            <w:r>
              <w:rPr>
                <w:rtl/>
              </w:rPr>
              <w:t>א. עננים נוצרים מהתעבות אדי מים.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לחץ גבוה מביא בדרך כלל סערות.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באיזו שכבה טסים רוב מטוסי הנוסעים ומתרחשים העננים?</w:t>
      </w:r>
    </w:p>
    <w:p>
      <w:pPr>
        <w:bidi/>
        <w:spacing w:before="0" w:after="80"/>
      </w:pPr>
      <w:r>
        <w:rPr>
          <w:rtl/>
        </w:rPr>
        <w:t xml:space="preserve">   ○ בטרופוספרה ובגבולה העליון      ○ בירח      ○ בתוך שכבת האוזון בלבד</w:t>
      </w:r>
    </w:p>
    <w:p>
      <w:pPr>
        <w:bidi/>
        <w:spacing w:before="160" w:after="60"/>
      </w:pPr>
      <w:r>
        <w:rPr>
          <w:b/>
          <w:bCs/>
          <w:sz w:val="26"/>
          <w:szCs w:val="26"/>
          <w:rtl/>
        </w:rPr>
        <w:t>5. קראו תחזית: «לחץ נמוך מתקרב מהים, רוחות ערות». מה כדאי לקחת מחר לבית הספר? נמקו.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ח'   |   פרק 5</w:t>
      </w:r>
    </w:p>
    <w:p>
      <w:pPr>
        <w:bidi/>
        <w:spacing w:before="0" w:after="120"/>
      </w:pPr>
      <w:r>
        <w:rPr>
          <w:rFonts w:ascii="David" w:hAnsi="David" w:cs="David"/>
          <w:b/>
          <w:bCs/>
          <w:color w:val="14532D"/>
          <w:sz w:val="44"/>
          <w:szCs w:val="44"/>
          <w:rtl/>
        </w:rPr>
        <w:t>פרק 5: אקלים, אזורי אקלים ושינוי אקלים</w:t>
      </w:r>
    </w:p>
    <w:p>
      <w:pPr>
        <w:bidi/>
        <w:spacing w:before="120" w:after="40"/>
      </w:pPr>
      <w:r>
        <w:rPr>
          <w:rFonts w:ascii="David" w:hAnsi="David" w:cs="David"/>
          <w:b/>
          <w:bCs/>
          <w:color w:val="14532D"/>
          <w:sz w:val="28"/>
          <w:szCs w:val="28"/>
          <w:rtl/>
        </w:rPr>
        <w:t>◆ מזג אוויר ↔ אקלים</w:t>
      </w:r>
    </w:p>
    <w:p>
      <w:pPr>
        <w:bidi/>
        <w:spacing w:before="0" w:after="20"/>
      </w:pPr>
      <w:r>
        <w:rPr>
          <w:rtl/>
        </w:rPr>
        <w:t>1. מזג אוויר – זמן קצר.</w:t>
      </w:r>
    </w:p>
    <w:p>
      <w:pPr>
        <w:bidi/>
        <w:spacing w:before="0" w:after="20"/>
      </w:pPr>
      <w:r>
        <w:rPr>
          <w:rtl/>
        </w:rPr>
        <w:t>2. אקלים – ממוצע של 30 שנה ויותר.</w:t>
      </w:r>
    </w:p>
    <w:p>
      <w:pPr>
        <w:bidi/>
        <w:spacing w:before="0" w:after="20"/>
      </w:pPr>
      <w:r>
        <w:rPr>
          <w:rtl/>
        </w:rPr>
        <w:t>3. גורמי אקלים: קו רוחב, גובה, מרחק מהים, רוחות וזרמי ים.</w:t>
      </w:r>
    </w:p>
    <w:p>
      <w:pPr>
        <w:bidi/>
        <w:spacing w:before="120" w:after="40"/>
      </w:pPr>
      <w:r>
        <w:rPr>
          <w:rFonts w:ascii="David" w:hAnsi="David" w:cs="David"/>
          <w:b/>
          <w:bCs/>
          <w:color w:val="14532D"/>
          <w:sz w:val="28"/>
          <w:szCs w:val="28"/>
          <w:rtl/>
        </w:rPr>
        <w:t>◆ אזורי אקלים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t>אזור</w:t>
            </w:r>
          </w:p>
        </w:tc>
        <w:tc>
          <w:tcPr>
            <w:tcW w:type="dxa" w:w="3326"/>
            <w:shd w:val="clear" w:color="auto" w:fill="14532d"/>
          </w:tcPr>
          <w:p>
            <w:pPr>
              <w:bidi/>
              <w:spacing w:before="0" w:after="40"/>
            </w:pPr>
            <w:r>
              <w:rPr>
                <w:b/>
                <w:bCs/>
                <w:color w:val="FFFFFF"/>
                <w:rtl/>
              </w:rPr>
              <w:t>אקלים</w:t>
            </w:r>
          </w:p>
        </w:tc>
        <w:tc>
          <w:tcPr>
            <w:tcW w:type="dxa" w:w="3326"/>
            <w:shd w:val="clear" w:color="auto" w:fill="14532d"/>
          </w:tcPr>
          <w:p>
            <w:pPr>
              <w:bidi/>
              <w:spacing w:before="0" w:after="40"/>
            </w:pPr>
            <w:r>
              <w:rPr>
                <w:b/>
                <w:bCs/>
                <w:color w:val="FFFFFF"/>
                <w:rtl/>
              </w:rPr>
              <w:t>צמחייה</w:t>
            </w:r>
          </w:p>
        </w:tc>
      </w:tr>
      <w:tr>
        <w:tc>
          <w:tcPr>
            <w:tcW w:type="dxa" w:w="3326"/>
          </w:tcPr>
          <w:p>
            <w:pPr>
              <w:bidi/>
              <w:spacing w:before="0" w:after="40"/>
            </w:pPr>
            <w:r>
              <w:rPr>
                <w:rtl/>
              </w:rPr>
              <w:t>משווני</w:t>
            </w:r>
          </w:p>
        </w:tc>
        <w:tc>
          <w:tcPr>
            <w:tcW w:type="dxa" w:w="3326"/>
          </w:tcPr>
          <w:p>
            <w:pPr>
              <w:bidi/>
              <w:spacing w:before="0" w:after="40"/>
            </w:pPr>
            <w:r>
              <w:rPr>
                <w:rtl/>
              </w:rPr>
              <w:t>חם וגשום</w:t>
            </w:r>
          </w:p>
        </w:tc>
        <w:tc>
          <w:tcPr>
            <w:tcW w:type="dxa" w:w="3326"/>
          </w:tcPr>
          <w:p>
            <w:pPr>
              <w:bidi/>
              <w:spacing w:before="0" w:after="40"/>
            </w:pPr>
            <w:r>
              <w:rPr>
                <w:rtl/>
              </w:rPr>
              <w:t>יער גשם</w:t>
            </w:r>
          </w:p>
        </w:tc>
      </w:tr>
      <w:tr>
        <w:tc>
          <w:tcPr>
            <w:tcW w:type="dxa" w:w="3326"/>
          </w:tcPr>
          <w:p>
            <w:pPr>
              <w:bidi/>
              <w:spacing w:before="0" w:after="40"/>
            </w:pPr>
            <w:r>
              <w:rPr>
                <w:rtl/>
              </w:rPr>
              <w:t>מדברי</w:t>
            </w:r>
          </w:p>
        </w:tc>
        <w:tc>
          <w:tcPr>
            <w:tcW w:type="dxa" w:w="3326"/>
          </w:tcPr>
          <w:p>
            <w:pPr>
              <w:bidi/>
              <w:spacing w:before="0" w:after="40"/>
            </w:pPr>
            <w:r>
              <w:rPr>
                <w:rtl/>
              </w:rPr>
              <w:t>יבש מאוד</w:t>
            </w:r>
          </w:p>
        </w:tc>
        <w:tc>
          <w:tcPr>
            <w:tcW w:type="dxa" w:w="3326"/>
          </w:tcPr>
          <w:p>
            <w:pPr>
              <w:bidi/>
              <w:spacing w:before="0" w:after="40"/>
            </w:pPr>
            <w:r>
              <w:rPr>
                <w:rtl/>
              </w:rPr>
              <w:t>דלילה</w:t>
            </w:r>
          </w:p>
        </w:tc>
      </w:tr>
      <w:tr>
        <w:tc>
          <w:tcPr>
            <w:tcW w:type="dxa" w:w="3326"/>
          </w:tcPr>
          <w:p>
            <w:pPr>
              <w:bidi/>
              <w:spacing w:before="0" w:after="40"/>
            </w:pPr>
            <w:r>
              <w:rPr>
                <w:rtl/>
              </w:rPr>
              <w:t>ים תיכוני</w:t>
            </w:r>
          </w:p>
        </w:tc>
        <w:tc>
          <w:tcPr>
            <w:tcW w:type="dxa" w:w="3326"/>
          </w:tcPr>
          <w:p>
            <w:pPr>
              <w:bidi/>
              <w:spacing w:before="0" w:after="40"/>
            </w:pPr>
            <w:r>
              <w:rPr>
                <w:rtl/>
              </w:rPr>
              <w:t>קיץ יבש, חורף גשום</w:t>
            </w:r>
          </w:p>
        </w:tc>
        <w:tc>
          <w:tcPr>
            <w:tcW w:type="dxa" w:w="3326"/>
          </w:tcPr>
          <w:p>
            <w:pPr>
              <w:bidi/>
              <w:spacing w:before="0" w:after="40"/>
            </w:pPr>
            <w:r>
              <w:rPr>
                <w:rtl/>
              </w:rPr>
              <w:t>חורש</w:t>
            </w:r>
          </w:p>
        </w:tc>
      </w:tr>
      <w:tr>
        <w:tc>
          <w:tcPr>
            <w:tcW w:type="dxa" w:w="3326"/>
          </w:tcPr>
          <w:p>
            <w:pPr>
              <w:bidi/>
              <w:spacing w:before="0" w:after="40"/>
            </w:pPr>
            <w:r>
              <w:rPr>
                <w:rtl/>
              </w:rPr>
              <w:t>קוטבי</w:t>
            </w:r>
          </w:p>
        </w:tc>
        <w:tc>
          <w:tcPr>
            <w:tcW w:type="dxa" w:w="3326"/>
          </w:tcPr>
          <w:p>
            <w:pPr>
              <w:bidi/>
              <w:spacing w:before="0" w:after="40"/>
            </w:pPr>
            <w:r>
              <w:rPr>
                <w:rtl/>
              </w:rPr>
              <w:t>קר מאוד</w:t>
            </w:r>
          </w:p>
        </w:tc>
        <w:tc>
          <w:tcPr>
            <w:tcW w:type="dxa" w:w="3326"/>
          </w:tcPr>
          <w:p>
            <w:pPr>
              <w:bidi/>
              <w:spacing w:before="0" w:after="40"/>
            </w:pPr>
            <w:r>
              <w:rPr>
                <w:rtl/>
              </w:rPr>
              <w:t>טונדרה / קרח</w:t>
            </w:r>
          </w:p>
        </w:tc>
      </w:tr>
    </w:tbl>
    <w:p>
      <w:pPr>
        <w:bidi/>
        <w:spacing w:before="0" w:after="40"/>
      </w:pPr>
    </w:p>
    <w:p>
      <w:pPr>
        <w:bidi/>
        <w:spacing w:before="160" w:after="60"/>
      </w:pPr>
      <w:r>
        <w:rPr>
          <w:b/>
          <w:bCs/>
          <w:sz w:val="26"/>
          <w:szCs w:val="26"/>
          <w:rtl/>
        </w:rPr>
        <w:t>1. התאימו גורם אקלים להשפעה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טור א</w:t>
            </w:r>
          </w:p>
        </w:tc>
        <w:tc>
          <w:tcPr>
            <w:tcW w:type="dxa" w:w="4989"/>
            <w:shd w:val="clear" w:color="auto" w:fill="14532d"/>
          </w:tcPr>
          <w:p>
            <w:pPr>
              <w:bidi/>
              <w:spacing w:before="0" w:after="40"/>
            </w:pPr>
            <w:r>
              <w:rPr>
                <w:b/>
                <w:bCs/>
                <w:color w:val="FFFFFF"/>
                <w:rtl/>
              </w:rPr>
              <w:t>טור ב</w:t>
            </w:r>
          </w:p>
        </w:tc>
      </w:tr>
      <w:tr>
        <w:tc>
          <w:tcPr>
            <w:tcW w:type="dxa" w:w="4989"/>
          </w:tcPr>
          <w:p>
            <w:pPr>
              <w:bidi/>
              <w:spacing w:before="0" w:after="40"/>
            </w:pPr>
            <w:r>
              <w:rPr>
                <w:rtl/>
              </w:rPr>
              <w:t>1. קו רוחב</w:t>
            </w:r>
          </w:p>
        </w:tc>
        <w:tc>
          <w:tcPr>
            <w:tcW w:type="dxa" w:w="4989"/>
          </w:tcPr>
          <w:p>
            <w:pPr>
              <w:bidi/>
              <w:spacing w:before="0" w:after="40"/>
            </w:pPr>
            <w:r>
              <w:rPr>
                <w:rtl/>
              </w:rPr>
              <w:t>[   ] גבוה יותר – קר יותר</w:t>
            </w:r>
          </w:p>
        </w:tc>
      </w:tr>
      <w:tr>
        <w:tc>
          <w:tcPr>
            <w:tcW w:type="dxa" w:w="4989"/>
          </w:tcPr>
          <w:p>
            <w:pPr>
              <w:bidi/>
              <w:spacing w:before="0" w:after="40"/>
            </w:pPr>
            <w:r>
              <w:rPr>
                <w:rtl/>
              </w:rPr>
              <w:t>2. גובה</w:t>
            </w:r>
          </w:p>
        </w:tc>
        <w:tc>
          <w:tcPr>
            <w:tcW w:type="dxa" w:w="4989"/>
          </w:tcPr>
          <w:p>
            <w:pPr>
              <w:bidi/>
              <w:spacing w:before="0" w:after="40"/>
            </w:pPr>
            <w:r>
              <w:rPr>
                <w:rtl/>
              </w:rPr>
              <w:t>[   ] מחמם את החוף שלידו</w:t>
            </w:r>
          </w:p>
        </w:tc>
      </w:tr>
      <w:tr>
        <w:tc>
          <w:tcPr>
            <w:tcW w:type="dxa" w:w="4989"/>
          </w:tcPr>
          <w:p>
            <w:pPr>
              <w:bidi/>
              <w:spacing w:before="0" w:after="40"/>
            </w:pPr>
            <w:r>
              <w:rPr>
                <w:rtl/>
              </w:rPr>
              <w:t>3. קרבה לים</w:t>
            </w:r>
          </w:p>
        </w:tc>
        <w:tc>
          <w:tcPr>
            <w:tcW w:type="dxa" w:w="4989"/>
          </w:tcPr>
          <w:p>
            <w:pPr>
              <w:bidi/>
              <w:spacing w:before="0" w:after="40"/>
            </w:pPr>
            <w:r>
              <w:rPr>
                <w:rtl/>
              </w:rPr>
              <w:t>[   ] רחוק מקו המשווה – קר יותר</w:t>
            </w:r>
          </w:p>
        </w:tc>
      </w:tr>
      <w:tr>
        <w:tc>
          <w:tcPr>
            <w:tcW w:type="dxa" w:w="4989"/>
          </w:tcPr>
          <w:p>
            <w:pPr>
              <w:bidi/>
              <w:spacing w:before="0" w:after="40"/>
            </w:pPr>
            <w:r>
              <w:rPr>
                <w:rtl/>
              </w:rPr>
              <w:t>4. זרם ים חם</w:t>
            </w:r>
          </w:p>
        </w:tc>
        <w:tc>
          <w:tcPr>
            <w:tcW w:type="dxa" w:w="4989"/>
          </w:tcPr>
          <w:p>
            <w:pPr>
              <w:bidi/>
              <w:spacing w:before="0" w:after="40"/>
            </w:pPr>
            <w:r>
              <w:rPr>
                <w:rtl/>
              </w:rPr>
              <w:t>[   ] הבדל קטן בין קיץ לחורף</w:t>
            </w:r>
          </w:p>
        </w:tc>
      </w:tr>
    </w:tbl>
    <w:p>
      <w:pPr>
        <w:bidi/>
        <w:spacing w:before="0" w:after="40"/>
      </w:pPr>
    </w:p>
    <w:p>
      <w:pPr>
        <w:bidi/>
        <w:spacing w:before="160" w:after="60"/>
      </w:pPr>
      <w:r>
        <w:rPr>
          <w:b/>
          <w:bCs/>
          <w:sz w:val="26"/>
          <w:szCs w:val="26"/>
          <w:rtl/>
        </w:rPr>
        <w:t>2. השלימו.</w:t>
      </w:r>
    </w:p>
    <w:p>
      <w:pPr>
        <w:bidi/>
        <w:spacing w:before="0" w:after="80"/>
      </w:pPr>
      <w:r>
        <w:rPr>
          <w:color w:val="14532D"/>
          <w:sz w:val="24"/>
          <w:szCs w:val="24"/>
          <w:rtl/>
        </w:rPr>
        <w:t>מחסן מילים: 30  |  משווני  |  קוטבי</w:t>
      </w:r>
    </w:p>
    <w:p>
      <w:pPr>
        <w:bidi/>
        <w:spacing w:before="0" w:after="60"/>
      </w:pPr>
      <w:r>
        <w:rPr>
          <w:rtl/>
        </w:rPr>
        <w:t>א. כדי לקבוע אקלים מודדים לפחות __________ שנה.</w:t>
      </w:r>
    </w:p>
    <w:p>
      <w:pPr>
        <w:bidi/>
        <w:spacing w:before="0" w:after="60"/>
      </w:pPr>
      <w:r>
        <w:rPr>
          <w:rtl/>
        </w:rPr>
        <w:t>ב. יער גשם גדל באקלים __________.</w:t>
      </w: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4532d"/>
          </w:tcPr>
          <w:p>
            <w:pPr>
              <w:bidi/>
              <w:spacing w:before="0" w:after="40"/>
            </w:pPr>
            <w:r>
              <w:rPr>
                <w:b/>
                <w:bCs/>
                <w:color w:val="FFFFFF"/>
                <w:rtl/>
              </w:rPr>
              <w:t>משפט</w:t>
            </w:r>
          </w:p>
        </w:tc>
        <w:tc>
          <w:tcPr>
            <w:tcW w:type="dxa" w:w="2494"/>
            <w:shd w:val="clear" w:color="auto" w:fill="14532d"/>
          </w:tcPr>
          <w:p>
            <w:pPr>
              <w:bidi/>
              <w:spacing w:before="0" w:after="40"/>
            </w:pPr>
            <w:r>
              <w:rPr>
                <w:b/>
                <w:bCs/>
                <w:color w:val="FFFFFF"/>
                <w:rtl/>
              </w:rPr>
              <w:t>נכון</w:t>
            </w:r>
          </w:p>
        </w:tc>
        <w:tc>
          <w:tcPr>
            <w:tcW w:type="dxa" w:w="2494"/>
            <w:shd w:val="clear" w:color="auto" w:fill="14532d"/>
          </w:tcPr>
          <w:p>
            <w:pPr>
              <w:bidi/>
              <w:spacing w:before="0" w:after="40"/>
            </w:pPr>
            <w:r>
              <w:rPr>
                <w:b/>
                <w:bCs/>
                <w:color w:val="FFFFFF"/>
                <w:rtl/>
              </w:rPr>
              <w:t>לא נכון</w:t>
            </w:r>
          </w:p>
        </w:tc>
        <w:tc>
          <w:tcPr>
            <w:tcW w:type="dxa" w:w="2494"/>
            <w:shd w:val="clear" w:color="auto" w:fill="14532d"/>
          </w:tcPr>
          <w:p>
            <w:pPr>
              <w:bidi/>
              <w:spacing w:before="0" w:after="40"/>
            </w:pPr>
            <w:r>
              <w:rPr>
                <w:b/>
                <w:bCs/>
                <w:color w:val="FFFFFF"/>
                <w:rtl/>
              </w:rPr>
              <w:t>תיקון</w:t>
            </w:r>
          </w:p>
        </w:tc>
      </w:tr>
      <w:tr>
        <w:tc>
          <w:tcPr>
            <w:tcW w:type="dxa" w:w="2494"/>
          </w:tcPr>
          <w:p>
            <w:pPr>
              <w:bidi/>
              <w:spacing w:before="0" w:after="40"/>
            </w:pPr>
            <w:r>
              <w:rPr>
                <w:rtl/>
              </w:rPr>
              <w:t>א. נסיעה בתחבורה ציבורית מפחיתה פליטת גזי חממה.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אקלים יכול להשתנות בתוך שבוע.</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איזה אקלים יש ברוב מרכז ישראל?</w:t>
      </w:r>
    </w:p>
    <w:p>
      <w:pPr>
        <w:bidi/>
        <w:spacing w:before="0" w:after="80"/>
      </w:pPr>
      <w:r>
        <w:rPr>
          <w:rtl/>
        </w:rPr>
        <w:t xml:space="preserve">   ○ ים תיכוני      ○ משווני      ○ קוטבי</w:t>
      </w:r>
    </w:p>
    <w:p>
      <w:pPr>
        <w:bidi/>
        <w:spacing w:before="160" w:after="60"/>
      </w:pPr>
      <w:r>
        <w:rPr>
          <w:b/>
          <w:bCs/>
          <w:sz w:val="26"/>
          <w:szCs w:val="26"/>
          <w:rtl/>
        </w:rPr>
        <w:t>5. הציעו שתי פעולות שתלמידים יכולים לעשות כדי להפחית את שינוי האקלים.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ח'   |   פרק 6</w:t>
      </w:r>
    </w:p>
    <w:p>
      <w:pPr>
        <w:bidi/>
        <w:spacing w:before="0" w:after="120"/>
      </w:pPr>
      <w:r>
        <w:rPr>
          <w:rFonts w:ascii="David" w:hAnsi="David" w:cs="David"/>
          <w:b/>
          <w:bCs/>
          <w:color w:val="14532D"/>
          <w:sz w:val="44"/>
          <w:szCs w:val="44"/>
          <w:rtl/>
        </w:rPr>
        <w:t>פרק 6: מבנה כדור הארץ ותנועת הלוחות</w:t>
      </w:r>
    </w:p>
    <w:p>
      <w:pPr>
        <w:bidi/>
        <w:spacing w:before="120" w:after="40"/>
      </w:pPr>
      <w:r>
        <w:rPr>
          <w:rFonts w:ascii="David" w:hAnsi="David" w:cs="David"/>
          <w:b/>
          <w:bCs/>
          <w:color w:val="14532D"/>
          <w:sz w:val="28"/>
          <w:szCs w:val="28"/>
          <w:rtl/>
        </w:rPr>
        <w:t>◆ השכבות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t>שכבה</w:t>
            </w:r>
          </w:p>
        </w:tc>
        <w:tc>
          <w:tcPr>
            <w:tcW w:type="dxa" w:w="3326"/>
            <w:shd w:val="clear" w:color="auto" w:fill="14532d"/>
          </w:tcPr>
          <w:p>
            <w:pPr>
              <w:bidi/>
              <w:spacing w:before="0" w:after="40"/>
            </w:pPr>
            <w:r>
              <w:rPr>
                <w:b/>
                <w:bCs/>
                <w:color w:val="FFFFFF"/>
                <w:rtl/>
              </w:rPr>
              <w:t>מצב</w:t>
            </w:r>
          </w:p>
        </w:tc>
        <w:tc>
          <w:tcPr>
            <w:tcW w:type="dxa" w:w="3326"/>
            <w:shd w:val="clear" w:color="auto" w:fill="14532d"/>
          </w:tcPr>
          <w:p>
            <w:pPr>
              <w:bidi/>
              <w:spacing w:before="0" w:after="40"/>
            </w:pPr>
            <w:r>
              <w:rPr>
                <w:b/>
                <w:bCs/>
                <w:color w:val="FFFFFF"/>
                <w:rtl/>
              </w:rPr>
              <w:t>הערה</w:t>
            </w:r>
          </w:p>
        </w:tc>
      </w:tr>
      <w:tr>
        <w:tc>
          <w:tcPr>
            <w:tcW w:type="dxa" w:w="3326"/>
          </w:tcPr>
          <w:p>
            <w:pPr>
              <w:bidi/>
              <w:spacing w:before="0" w:after="40"/>
            </w:pPr>
            <w:r>
              <w:rPr>
                <w:rtl/>
              </w:rPr>
              <w:t>קרום</w:t>
            </w:r>
          </w:p>
        </w:tc>
        <w:tc>
          <w:tcPr>
            <w:tcW w:type="dxa" w:w="3326"/>
          </w:tcPr>
          <w:p>
            <w:pPr>
              <w:bidi/>
              <w:spacing w:before="0" w:after="40"/>
            </w:pPr>
            <w:r>
              <w:rPr>
                <w:rtl/>
              </w:rPr>
              <w:t>מוצק</w:t>
            </w:r>
          </w:p>
        </w:tc>
        <w:tc>
          <w:tcPr>
            <w:tcW w:type="dxa" w:w="3326"/>
          </w:tcPr>
          <w:p>
            <w:pPr>
              <w:bidi/>
              <w:spacing w:before="0" w:after="40"/>
            </w:pPr>
            <w:r>
              <w:rPr>
                <w:rtl/>
              </w:rPr>
              <w:t>5–70 ק"מ, הכי דק</w:t>
            </w:r>
          </w:p>
        </w:tc>
      </w:tr>
      <w:tr>
        <w:tc>
          <w:tcPr>
            <w:tcW w:type="dxa" w:w="3326"/>
          </w:tcPr>
          <w:p>
            <w:pPr>
              <w:bidi/>
              <w:spacing w:before="0" w:after="40"/>
            </w:pPr>
            <w:r>
              <w:rPr>
                <w:rtl/>
              </w:rPr>
              <w:t>מעטפת</w:t>
            </w:r>
          </w:p>
        </w:tc>
        <w:tc>
          <w:tcPr>
            <w:tcW w:type="dxa" w:w="3326"/>
          </w:tcPr>
          <w:p>
            <w:pPr>
              <w:bidi/>
              <w:spacing w:before="0" w:after="40"/>
            </w:pPr>
            <w:r>
              <w:rPr>
                <w:rtl/>
              </w:rPr>
              <w:t>סלע חם שזורם</w:t>
            </w:r>
          </w:p>
        </w:tc>
        <w:tc>
          <w:tcPr>
            <w:tcW w:type="dxa" w:w="3326"/>
          </w:tcPr>
          <w:p>
            <w:pPr>
              <w:bidi/>
              <w:spacing w:before="0" w:after="40"/>
            </w:pPr>
            <w:r>
              <w:rPr>
                <w:rtl/>
              </w:rPr>
              <w:t>העבה ביותר</w:t>
            </w:r>
          </w:p>
        </w:tc>
      </w:tr>
      <w:tr>
        <w:tc>
          <w:tcPr>
            <w:tcW w:type="dxa" w:w="3326"/>
          </w:tcPr>
          <w:p>
            <w:pPr>
              <w:bidi/>
              <w:spacing w:before="0" w:after="40"/>
            </w:pPr>
            <w:r>
              <w:rPr>
                <w:rtl/>
              </w:rPr>
              <w:t>גלעין</w:t>
            </w:r>
          </w:p>
        </w:tc>
        <w:tc>
          <w:tcPr>
            <w:tcW w:type="dxa" w:w="3326"/>
          </w:tcPr>
          <w:p>
            <w:pPr>
              <w:bidi/>
              <w:spacing w:before="0" w:after="40"/>
            </w:pPr>
            <w:r>
              <w:rPr>
                <w:rtl/>
              </w:rPr>
              <w:t>חיצוני נוזלי, פנימי מוצק</w:t>
            </w:r>
          </w:p>
        </w:tc>
        <w:tc>
          <w:tcPr>
            <w:tcW w:type="dxa" w:w="3326"/>
          </w:tcPr>
          <w:p>
            <w:pPr>
              <w:bidi/>
              <w:spacing w:before="0" w:after="40"/>
            </w:pPr>
            <w:r>
              <w:rPr>
                <w:rtl/>
              </w:rPr>
              <w:t>ברזל וניקל, הכי חם</w:t>
            </w:r>
          </w:p>
        </w:tc>
      </w:tr>
    </w:tbl>
    <w:p>
      <w:pPr>
        <w:bidi/>
        <w:spacing w:before="0" w:after="40"/>
      </w:pPr>
    </w:p>
    <w:p>
      <w:pPr>
        <w:bidi/>
        <w:spacing w:before="120" w:after="40"/>
      </w:pPr>
      <w:r>
        <w:rPr>
          <w:rFonts w:ascii="David" w:hAnsi="David" w:cs="David"/>
          <w:b/>
          <w:bCs/>
          <w:color w:val="14532D"/>
          <w:sz w:val="28"/>
          <w:szCs w:val="28"/>
          <w:rtl/>
        </w:rPr>
        <w:t>◆ לוחות וגבולות</w:t>
      </w:r>
    </w:p>
    <w:p>
      <w:pPr>
        <w:bidi/>
        <w:spacing w:before="0" w:after="20"/>
      </w:pPr>
      <w:r>
        <w:rPr>
          <w:rtl/>
        </w:rPr>
        <w:t>1. מתרחק – קרום חדש.</w:t>
      </w:r>
    </w:p>
    <w:p>
      <w:pPr>
        <w:bidi/>
        <w:spacing w:before="0" w:after="20"/>
      </w:pPr>
      <w:r>
        <w:rPr>
          <w:rtl/>
        </w:rPr>
        <w:t>2. מתקרב – הרים או הרי געש.</w:t>
      </w:r>
    </w:p>
    <w:p>
      <w:pPr>
        <w:bidi/>
        <w:spacing w:before="0" w:after="20"/>
      </w:pPr>
      <w:r>
        <w:rPr>
          <w:rtl/>
        </w:rPr>
        <w:t>3. מחליק – רעידות אדמה.</w:t>
      </w:r>
    </w:p>
    <w:p>
      <w:pPr>
        <w:bidi/>
        <w:spacing w:before="0" w:after="20"/>
      </w:pPr>
      <w:r>
        <w:rPr>
          <w:rtl/>
        </w:rPr>
        <w:t>4. ישראל: השבר הסורי-אפריקני.</w:t>
      </w:r>
    </w:p>
    <w:p>
      <w:pPr>
        <w:bidi/>
        <w:spacing w:before="160" w:after="60"/>
      </w:pPr>
      <w:r>
        <w:rPr>
          <w:b/>
          <w:bCs/>
          <w:sz w:val="26"/>
          <w:szCs w:val="26"/>
          <w:rtl/>
        </w:rPr>
        <w:t>1. התאימו שכבה לתיאור.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טור א</w:t>
            </w:r>
          </w:p>
        </w:tc>
        <w:tc>
          <w:tcPr>
            <w:tcW w:type="dxa" w:w="4989"/>
            <w:shd w:val="clear" w:color="auto" w:fill="14532d"/>
          </w:tcPr>
          <w:p>
            <w:pPr>
              <w:bidi/>
              <w:spacing w:before="0" w:after="40"/>
            </w:pPr>
            <w:r>
              <w:rPr>
                <w:b/>
                <w:bCs/>
                <w:color w:val="FFFFFF"/>
                <w:rtl/>
              </w:rPr>
              <w:t>טור ב</w:t>
            </w:r>
          </w:p>
        </w:tc>
      </w:tr>
      <w:tr>
        <w:tc>
          <w:tcPr>
            <w:tcW w:type="dxa" w:w="4989"/>
          </w:tcPr>
          <w:p>
            <w:pPr>
              <w:bidi/>
              <w:spacing w:before="0" w:after="40"/>
            </w:pPr>
            <w:r>
              <w:rPr>
                <w:rtl/>
              </w:rPr>
              <w:t>1. קרום</w:t>
            </w:r>
          </w:p>
        </w:tc>
        <w:tc>
          <w:tcPr>
            <w:tcW w:type="dxa" w:w="4989"/>
          </w:tcPr>
          <w:p>
            <w:pPr>
              <w:bidi/>
              <w:spacing w:before="0" w:after="40"/>
            </w:pPr>
            <w:r>
              <w:rPr>
                <w:rtl/>
              </w:rPr>
              <w:t>[   ] ברזל וניקל נוזליים</w:t>
            </w:r>
          </w:p>
        </w:tc>
      </w:tr>
      <w:tr>
        <w:tc>
          <w:tcPr>
            <w:tcW w:type="dxa" w:w="4989"/>
          </w:tcPr>
          <w:p>
            <w:pPr>
              <w:bidi/>
              <w:spacing w:before="0" w:after="40"/>
            </w:pPr>
            <w:r>
              <w:rPr>
                <w:rtl/>
              </w:rPr>
              <w:t>2. מעטפת</w:t>
            </w:r>
          </w:p>
        </w:tc>
        <w:tc>
          <w:tcPr>
            <w:tcW w:type="dxa" w:w="4989"/>
          </w:tcPr>
          <w:p>
            <w:pPr>
              <w:bidi/>
              <w:spacing w:before="0" w:after="40"/>
            </w:pPr>
            <w:r>
              <w:rPr>
                <w:rtl/>
              </w:rPr>
              <w:t>[   ] מוצק ולוהט, במרכז</w:t>
            </w:r>
          </w:p>
        </w:tc>
      </w:tr>
      <w:tr>
        <w:tc>
          <w:tcPr>
            <w:tcW w:type="dxa" w:w="4989"/>
          </w:tcPr>
          <w:p>
            <w:pPr>
              <w:bidi/>
              <w:spacing w:before="0" w:after="40"/>
            </w:pPr>
            <w:r>
              <w:rPr>
                <w:rtl/>
              </w:rPr>
              <w:t>3. גלעין חיצוני</w:t>
            </w:r>
          </w:p>
        </w:tc>
        <w:tc>
          <w:tcPr>
            <w:tcW w:type="dxa" w:w="4989"/>
          </w:tcPr>
          <w:p>
            <w:pPr>
              <w:bidi/>
              <w:spacing w:before="0" w:after="40"/>
            </w:pPr>
            <w:r>
              <w:rPr>
                <w:rtl/>
              </w:rPr>
              <w:t>[   ] דק ומוצק, עליו אנחנו חיים</w:t>
            </w:r>
          </w:p>
        </w:tc>
      </w:tr>
      <w:tr>
        <w:tc>
          <w:tcPr>
            <w:tcW w:type="dxa" w:w="4989"/>
          </w:tcPr>
          <w:p>
            <w:pPr>
              <w:bidi/>
              <w:spacing w:before="0" w:after="40"/>
            </w:pPr>
            <w:r>
              <w:rPr>
                <w:rtl/>
              </w:rPr>
              <w:t>4. גלעין פנימי</w:t>
            </w:r>
          </w:p>
        </w:tc>
        <w:tc>
          <w:tcPr>
            <w:tcW w:type="dxa" w:w="4989"/>
          </w:tcPr>
          <w:p>
            <w:pPr>
              <w:bidi/>
              <w:spacing w:before="0" w:after="40"/>
            </w:pPr>
            <w:r>
              <w:rPr>
                <w:rtl/>
              </w:rPr>
              <w:t>[   ] סלע חם שזורם לאט</w:t>
            </w:r>
          </w:p>
        </w:tc>
      </w:tr>
    </w:tbl>
    <w:p>
      <w:pPr>
        <w:bidi/>
        <w:spacing w:before="0" w:after="40"/>
      </w:pPr>
    </w:p>
    <w:p>
      <w:pPr>
        <w:bidi/>
        <w:spacing w:before="160" w:after="60"/>
      </w:pPr>
      <w:r>
        <w:rPr>
          <w:b/>
          <w:bCs/>
          <w:sz w:val="26"/>
          <w:szCs w:val="26"/>
          <w:rtl/>
        </w:rPr>
        <w:t>2.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t>סוג גבול</w:t>
            </w:r>
          </w:p>
        </w:tc>
        <w:tc>
          <w:tcPr>
            <w:tcW w:type="dxa" w:w="3326"/>
            <w:shd w:val="clear" w:color="auto" w:fill="14532d"/>
          </w:tcPr>
          <w:p>
            <w:pPr>
              <w:bidi/>
              <w:spacing w:before="0" w:after="40"/>
            </w:pPr>
            <w:r>
              <w:rPr>
                <w:b/>
                <w:bCs/>
                <w:color w:val="FFFFFF"/>
                <w:rtl/>
              </w:rPr>
              <w:t>תנועת הלוחות</w:t>
            </w:r>
          </w:p>
        </w:tc>
        <w:tc>
          <w:tcPr>
            <w:tcW w:type="dxa" w:w="3326"/>
            <w:shd w:val="clear" w:color="auto" w:fill="14532d"/>
          </w:tcPr>
          <w:p>
            <w:pPr>
              <w:bidi/>
              <w:spacing w:before="0" w:after="40"/>
            </w:pPr>
            <w:r>
              <w:rPr>
                <w:b/>
                <w:bCs/>
                <w:color w:val="FFFFFF"/>
                <w:rtl/>
              </w:rPr>
              <w:t>מה נוצר</w:t>
            </w:r>
          </w:p>
        </w:tc>
      </w:tr>
      <w:tr>
        <w:tc>
          <w:tcPr>
            <w:tcW w:type="dxa" w:w="3326"/>
          </w:tcPr>
          <w:p>
            <w:pPr>
              <w:bidi/>
              <w:spacing w:before="0" w:after="40"/>
            </w:pPr>
            <w:r>
              <w:rPr>
                <w:rtl/>
              </w:rPr>
              <w:t>מתרחק</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מתקרב</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מחליק</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4532d"/>
          </w:tcPr>
          <w:p>
            <w:pPr>
              <w:bidi/>
              <w:spacing w:before="0" w:after="40"/>
            </w:pPr>
            <w:r>
              <w:rPr>
                <w:b/>
                <w:bCs/>
                <w:color w:val="FFFFFF"/>
                <w:rtl/>
              </w:rPr>
              <w:t>משפט</w:t>
            </w:r>
          </w:p>
        </w:tc>
        <w:tc>
          <w:tcPr>
            <w:tcW w:type="dxa" w:w="2494"/>
            <w:shd w:val="clear" w:color="auto" w:fill="14532d"/>
          </w:tcPr>
          <w:p>
            <w:pPr>
              <w:bidi/>
              <w:spacing w:before="0" w:after="40"/>
            </w:pPr>
            <w:r>
              <w:rPr>
                <w:b/>
                <w:bCs/>
                <w:color w:val="FFFFFF"/>
                <w:rtl/>
              </w:rPr>
              <w:t>נכון</w:t>
            </w:r>
          </w:p>
        </w:tc>
        <w:tc>
          <w:tcPr>
            <w:tcW w:type="dxa" w:w="2494"/>
            <w:shd w:val="clear" w:color="auto" w:fill="14532d"/>
          </w:tcPr>
          <w:p>
            <w:pPr>
              <w:bidi/>
              <w:spacing w:before="0" w:after="40"/>
            </w:pPr>
            <w:r>
              <w:rPr>
                <w:b/>
                <w:bCs/>
                <w:color w:val="FFFFFF"/>
                <w:rtl/>
              </w:rPr>
              <w:t>לא נכון</w:t>
            </w:r>
          </w:p>
        </w:tc>
        <w:tc>
          <w:tcPr>
            <w:tcW w:type="dxa" w:w="2494"/>
            <w:shd w:val="clear" w:color="auto" w:fill="14532d"/>
          </w:tcPr>
          <w:p>
            <w:pPr>
              <w:bidi/>
              <w:spacing w:before="0" w:after="40"/>
            </w:pPr>
            <w:r>
              <w:rPr>
                <w:b/>
                <w:bCs/>
                <w:color w:val="FFFFFF"/>
                <w:rtl/>
              </w:rPr>
              <w:t>תיקון</w:t>
            </w:r>
          </w:p>
        </w:tc>
      </w:tr>
      <w:tr>
        <w:tc>
          <w:tcPr>
            <w:tcW w:type="dxa" w:w="2494"/>
          </w:tcPr>
          <w:p>
            <w:pPr>
              <w:bidi/>
              <w:spacing w:before="0" w:after="40"/>
            </w:pPr>
            <w:r>
              <w:rPr>
                <w:rtl/>
              </w:rPr>
              <w:t>א. ישראל נמצאת ליד גבול בין לוחות.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הגלעין הוא החלק הקר ביותר בכדור הארץ.</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מה מזיז את הלוחות הטקטוניים?</w:t>
      </w:r>
    </w:p>
    <w:p>
      <w:pPr>
        <w:bidi/>
        <w:spacing w:before="0" w:after="80"/>
      </w:pPr>
      <w:r>
        <w:rPr>
          <w:rtl/>
        </w:rPr>
        <w:t xml:space="preserve">   ○ זרמים במעטפת החמה      ○ הרוחות      ○ גאות ושפל</w:t>
      </w:r>
    </w:p>
    <w:p>
      <w:pPr>
        <w:bidi/>
        <w:spacing w:before="160" w:after="60"/>
      </w:pPr>
      <w:r>
        <w:rPr>
          <w:b/>
          <w:bCs/>
          <w:sz w:val="26"/>
          <w:szCs w:val="26"/>
          <w:rtl/>
        </w:rPr>
        <w:t>5. הסבירו למה בבקעת הירדן ובערבה יש סכנה לרעידות אדמה.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ח'   |   פרק 7</w:t>
      </w:r>
    </w:p>
    <w:p>
      <w:pPr>
        <w:bidi/>
        <w:spacing w:before="0" w:after="120"/>
      </w:pPr>
      <w:r>
        <w:rPr>
          <w:rFonts w:ascii="David" w:hAnsi="David" w:cs="David"/>
          <w:b/>
          <w:bCs/>
          <w:color w:val="14532D"/>
          <w:sz w:val="44"/>
          <w:szCs w:val="44"/>
          <w:rtl/>
        </w:rPr>
        <w:t>פרק 7: רעידות אדמה והרי געש</w:t>
      </w:r>
    </w:p>
    <w:p>
      <w:pPr>
        <w:bidi/>
        <w:spacing w:before="120" w:after="40"/>
      </w:pPr>
      <w:r>
        <w:rPr>
          <w:rFonts w:ascii="David" w:hAnsi="David" w:cs="David"/>
          <w:b/>
          <w:bCs/>
          <w:color w:val="14532D"/>
          <w:sz w:val="28"/>
          <w:szCs w:val="28"/>
          <w:rtl/>
        </w:rPr>
        <w:t>◆ רעידת אדמה</w:t>
      </w:r>
    </w:p>
    <w:p>
      <w:pPr>
        <w:bidi/>
        <w:spacing w:before="0" w:after="20"/>
      </w:pPr>
      <w:r>
        <w:rPr>
          <w:rtl/>
        </w:rPr>
        <w:t>1. סלעים נשברים בגבולות לוחות ← גלים.</w:t>
      </w:r>
    </w:p>
    <w:p>
      <w:pPr>
        <w:bidi/>
        <w:spacing w:before="0" w:after="20"/>
      </w:pPr>
      <w:r>
        <w:rPr>
          <w:rtl/>
        </w:rPr>
        <w:t>2. מוקד (בעומק), מוקד-על (על פני השטח).</w:t>
      </w:r>
    </w:p>
    <w:p>
      <w:pPr>
        <w:bidi/>
        <w:spacing w:before="0" w:after="20"/>
      </w:pPr>
      <w:r>
        <w:rPr>
          <w:rtl/>
        </w:rPr>
        <w:t>3. נמדדת בסייסמוגרף, עוצמה בסולם המגניטודה.</w:t>
      </w:r>
    </w:p>
    <w:p>
      <w:pPr>
        <w:bidi/>
        <w:spacing w:before="0" w:after="20"/>
      </w:pPr>
      <w:r>
        <w:rPr>
          <w:rtl/>
        </w:rPr>
        <w:t>4. בים – סכנת צונאמי.</w:t>
      </w:r>
    </w:p>
    <w:p>
      <w:pPr>
        <w:bidi/>
        <w:spacing w:before="120" w:after="40"/>
      </w:pPr>
      <w:r>
        <w:rPr>
          <w:rFonts w:ascii="David" w:hAnsi="David" w:cs="David"/>
          <w:b/>
          <w:bCs/>
          <w:color w:val="14532D"/>
          <w:sz w:val="28"/>
          <w:szCs w:val="28"/>
          <w:rtl/>
        </w:rPr>
        <w:t>◆ הר געש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מושג</w:t>
            </w:r>
          </w:p>
        </w:tc>
        <w:tc>
          <w:tcPr>
            <w:tcW w:type="dxa" w:w="4989"/>
            <w:shd w:val="clear" w:color="auto" w:fill="14532d"/>
          </w:tcPr>
          <w:p>
            <w:pPr>
              <w:bidi/>
              <w:spacing w:before="0" w:after="40"/>
            </w:pPr>
            <w:r>
              <w:rPr>
                <w:b/>
                <w:bCs/>
                <w:color w:val="FFFFFF"/>
                <w:rtl/>
              </w:rPr>
              <w:t>הסבר</w:t>
            </w:r>
          </w:p>
        </w:tc>
      </w:tr>
      <w:tr>
        <w:tc>
          <w:tcPr>
            <w:tcW w:type="dxa" w:w="4989"/>
          </w:tcPr>
          <w:p>
            <w:pPr>
              <w:bidi/>
              <w:spacing w:before="0" w:after="40"/>
            </w:pPr>
            <w:r>
              <w:rPr>
                <w:rtl/>
              </w:rPr>
              <w:t>מגמה</w:t>
            </w:r>
          </w:p>
        </w:tc>
        <w:tc>
          <w:tcPr>
            <w:tcW w:type="dxa" w:w="4989"/>
          </w:tcPr>
          <w:p>
            <w:pPr>
              <w:bidi/>
              <w:spacing w:before="0" w:after="40"/>
            </w:pPr>
            <w:r>
              <w:rPr>
                <w:rtl/>
              </w:rPr>
              <w:t>סלע מותך בתוך כדור הארץ</w:t>
            </w:r>
          </w:p>
        </w:tc>
      </w:tr>
      <w:tr>
        <w:tc>
          <w:tcPr>
            <w:tcW w:type="dxa" w:w="4989"/>
          </w:tcPr>
          <w:p>
            <w:pPr>
              <w:bidi/>
              <w:spacing w:before="0" w:after="40"/>
            </w:pPr>
            <w:r>
              <w:rPr>
                <w:rtl/>
              </w:rPr>
              <w:t>לבה</w:t>
            </w:r>
          </w:p>
        </w:tc>
        <w:tc>
          <w:tcPr>
            <w:tcW w:type="dxa" w:w="4989"/>
          </w:tcPr>
          <w:p>
            <w:pPr>
              <w:bidi/>
              <w:spacing w:before="0" w:after="40"/>
            </w:pPr>
            <w:r>
              <w:rPr>
                <w:rtl/>
              </w:rPr>
              <w:t>סלע מותך שיצא החוצה</w:t>
            </w:r>
          </w:p>
        </w:tc>
      </w:tr>
      <w:tr>
        <w:tc>
          <w:tcPr>
            <w:tcW w:type="dxa" w:w="4989"/>
          </w:tcPr>
          <w:p>
            <w:pPr>
              <w:bidi/>
              <w:spacing w:before="0" w:after="40"/>
            </w:pPr>
            <w:r>
              <w:rPr>
                <w:rtl/>
              </w:rPr>
              <w:t>לוע</w:t>
            </w:r>
          </w:p>
        </w:tc>
        <w:tc>
          <w:tcPr>
            <w:tcW w:type="dxa" w:w="4989"/>
          </w:tcPr>
          <w:p>
            <w:pPr>
              <w:bidi/>
              <w:spacing w:before="0" w:after="40"/>
            </w:pPr>
            <w:r>
              <w:rPr>
                <w:rtl/>
              </w:rPr>
              <w:t>הפתח שדרכו יוצאת ההתפרצות</w:t>
            </w:r>
          </w:p>
        </w:tc>
      </w:tr>
      <w:tr>
        <w:tc>
          <w:tcPr>
            <w:tcW w:type="dxa" w:w="4989"/>
          </w:tcPr>
          <w:p>
            <w:pPr>
              <w:bidi/>
              <w:spacing w:before="0" w:after="40"/>
            </w:pPr>
            <w:r>
              <w:rPr>
                <w:rtl/>
              </w:rPr>
              <w:t>טבעת האש</w:t>
            </w:r>
          </w:p>
        </w:tc>
        <w:tc>
          <w:tcPr>
            <w:tcW w:type="dxa" w:w="4989"/>
          </w:tcPr>
          <w:p>
            <w:pPr>
              <w:bidi/>
              <w:spacing w:before="0" w:after="40"/>
            </w:pPr>
            <w:r>
              <w:rPr>
                <w:rtl/>
              </w:rPr>
              <w:t>אזור הרי געש סביב האוקיינוס השקט</w:t>
            </w:r>
          </w:p>
        </w:tc>
      </w:tr>
    </w:tbl>
    <w:p>
      <w:pPr>
        <w:bidi/>
        <w:spacing w:before="0" w:after="40"/>
      </w:pPr>
    </w:p>
    <w:p>
      <w:pPr>
        <w:bidi/>
        <w:spacing w:before="160" w:after="60"/>
      </w:pPr>
      <w:r>
        <w:rPr>
          <w:b/>
          <w:bCs/>
          <w:sz w:val="26"/>
          <w:szCs w:val="26"/>
          <w:rtl/>
        </w:rPr>
        <w:t>1. התאימו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טור א</w:t>
            </w:r>
          </w:p>
        </w:tc>
        <w:tc>
          <w:tcPr>
            <w:tcW w:type="dxa" w:w="4989"/>
            <w:shd w:val="clear" w:color="auto" w:fill="14532d"/>
          </w:tcPr>
          <w:p>
            <w:pPr>
              <w:bidi/>
              <w:spacing w:before="0" w:after="40"/>
            </w:pPr>
            <w:r>
              <w:rPr>
                <w:b/>
                <w:bCs/>
                <w:color w:val="FFFFFF"/>
                <w:rtl/>
              </w:rPr>
              <w:t>טור ב</w:t>
            </w:r>
          </w:p>
        </w:tc>
      </w:tr>
      <w:tr>
        <w:tc>
          <w:tcPr>
            <w:tcW w:type="dxa" w:w="4989"/>
          </w:tcPr>
          <w:p>
            <w:pPr>
              <w:bidi/>
              <w:spacing w:before="0" w:after="40"/>
            </w:pPr>
            <w:r>
              <w:rPr>
                <w:rtl/>
              </w:rPr>
              <w:t>1. מוקד-על</w:t>
            </w:r>
          </w:p>
        </w:tc>
        <w:tc>
          <w:tcPr>
            <w:tcW w:type="dxa" w:w="4989"/>
          </w:tcPr>
          <w:p>
            <w:pPr>
              <w:bidi/>
              <w:spacing w:before="0" w:after="40"/>
            </w:pPr>
            <w:r>
              <w:rPr>
                <w:rtl/>
              </w:rPr>
              <w:t>[   ] הרי געש סביב האוקיינוס השקט</w:t>
            </w:r>
          </w:p>
        </w:tc>
      </w:tr>
      <w:tr>
        <w:tc>
          <w:tcPr>
            <w:tcW w:type="dxa" w:w="4989"/>
          </w:tcPr>
          <w:p>
            <w:pPr>
              <w:bidi/>
              <w:spacing w:before="0" w:after="40"/>
            </w:pPr>
            <w:r>
              <w:rPr>
                <w:rtl/>
              </w:rPr>
              <w:t>2. סייסמוגרף</w:t>
            </w:r>
          </w:p>
        </w:tc>
        <w:tc>
          <w:tcPr>
            <w:tcW w:type="dxa" w:w="4989"/>
          </w:tcPr>
          <w:p>
            <w:pPr>
              <w:bidi/>
              <w:spacing w:before="0" w:after="40"/>
            </w:pPr>
            <w:r>
              <w:rPr>
                <w:rtl/>
              </w:rPr>
              <w:t>[   ] מכשיר שרושם רעידות</w:t>
            </w:r>
          </w:p>
        </w:tc>
      </w:tr>
      <w:tr>
        <w:tc>
          <w:tcPr>
            <w:tcW w:type="dxa" w:w="4989"/>
          </w:tcPr>
          <w:p>
            <w:pPr>
              <w:bidi/>
              <w:spacing w:before="0" w:after="40"/>
            </w:pPr>
            <w:r>
              <w:rPr>
                <w:rtl/>
              </w:rPr>
              <w:t>3. טבעת האש</w:t>
            </w:r>
          </w:p>
        </w:tc>
        <w:tc>
          <w:tcPr>
            <w:tcW w:type="dxa" w:w="4989"/>
          </w:tcPr>
          <w:p>
            <w:pPr>
              <w:bidi/>
              <w:spacing w:before="0" w:after="40"/>
            </w:pPr>
            <w:r>
              <w:rPr>
                <w:rtl/>
              </w:rPr>
              <w:t>[   ] הר שלא התפרץ אלפי שנים</w:t>
            </w:r>
          </w:p>
        </w:tc>
      </w:tr>
      <w:tr>
        <w:tc>
          <w:tcPr>
            <w:tcW w:type="dxa" w:w="4989"/>
          </w:tcPr>
          <w:p>
            <w:pPr>
              <w:bidi/>
              <w:spacing w:before="0" w:after="40"/>
            </w:pPr>
            <w:r>
              <w:rPr>
                <w:rtl/>
              </w:rPr>
              <w:t>4. הר געש כבוי</w:t>
            </w:r>
          </w:p>
        </w:tc>
        <w:tc>
          <w:tcPr>
            <w:tcW w:type="dxa" w:w="4989"/>
          </w:tcPr>
          <w:p>
            <w:pPr>
              <w:bidi/>
              <w:spacing w:before="0" w:after="40"/>
            </w:pPr>
            <w:r>
              <w:rPr>
                <w:rtl/>
              </w:rPr>
              <w:t>[   ] נקודה על פני השטח מעל המוקד</w:t>
            </w:r>
          </w:p>
        </w:tc>
      </w:tr>
    </w:tbl>
    <w:p>
      <w:pPr>
        <w:bidi/>
        <w:spacing w:before="0" w:after="40"/>
      </w:pPr>
    </w:p>
    <w:p>
      <w:pPr>
        <w:bidi/>
        <w:spacing w:before="160" w:after="60"/>
      </w:pPr>
      <w:r>
        <w:rPr>
          <w:b/>
          <w:bCs/>
          <w:sz w:val="26"/>
          <w:szCs w:val="26"/>
          <w:rtl/>
        </w:rPr>
        <w:t>2. השלימו.</w:t>
      </w:r>
    </w:p>
    <w:p>
      <w:pPr>
        <w:bidi/>
        <w:spacing w:before="0" w:after="80"/>
      </w:pPr>
      <w:r>
        <w:rPr>
          <w:color w:val="14532D"/>
          <w:sz w:val="24"/>
          <w:szCs w:val="24"/>
          <w:rtl/>
        </w:rPr>
        <w:t>מחסן מילים: 32  |  כבויים  |  פעילים</w:t>
      </w:r>
    </w:p>
    <w:p>
      <w:pPr>
        <w:bidi/>
        <w:spacing w:before="0" w:after="60"/>
      </w:pPr>
      <w:r>
        <w:rPr>
          <w:rtl/>
        </w:rPr>
        <w:t>א. כל דרגה בסולם המגניטודה חזקה פי __________ בערך באנרגיה.</w:t>
      </w:r>
    </w:p>
    <w:p>
      <w:pPr>
        <w:bidi/>
        <w:spacing w:before="0" w:after="60"/>
      </w:pPr>
      <w:r>
        <w:rPr>
          <w:rtl/>
        </w:rPr>
        <w:t>ב. בגולן יש שרידים של הרי געש __________.</w:t>
      </w: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4532d"/>
          </w:tcPr>
          <w:p>
            <w:pPr>
              <w:bidi/>
              <w:spacing w:before="0" w:after="40"/>
            </w:pPr>
            <w:r>
              <w:rPr>
                <w:b/>
                <w:bCs/>
                <w:color w:val="FFFFFF"/>
                <w:rtl/>
              </w:rPr>
              <w:t>משפט</w:t>
            </w:r>
          </w:p>
        </w:tc>
        <w:tc>
          <w:tcPr>
            <w:tcW w:type="dxa" w:w="2494"/>
            <w:shd w:val="clear" w:color="auto" w:fill="14532d"/>
          </w:tcPr>
          <w:p>
            <w:pPr>
              <w:bidi/>
              <w:spacing w:before="0" w:after="40"/>
            </w:pPr>
            <w:r>
              <w:rPr>
                <w:b/>
                <w:bCs/>
                <w:color w:val="FFFFFF"/>
                <w:rtl/>
              </w:rPr>
              <w:t>נכון</w:t>
            </w:r>
          </w:p>
        </w:tc>
        <w:tc>
          <w:tcPr>
            <w:tcW w:type="dxa" w:w="2494"/>
            <w:shd w:val="clear" w:color="auto" w:fill="14532d"/>
          </w:tcPr>
          <w:p>
            <w:pPr>
              <w:bidi/>
              <w:spacing w:before="0" w:after="40"/>
            </w:pPr>
            <w:r>
              <w:rPr>
                <w:b/>
                <w:bCs/>
                <w:color w:val="FFFFFF"/>
                <w:rtl/>
              </w:rPr>
              <w:t>לא נכון</w:t>
            </w:r>
          </w:p>
        </w:tc>
        <w:tc>
          <w:tcPr>
            <w:tcW w:type="dxa" w:w="2494"/>
            <w:shd w:val="clear" w:color="auto" w:fill="14532d"/>
          </w:tcPr>
          <w:p>
            <w:pPr>
              <w:bidi/>
              <w:spacing w:before="0" w:after="40"/>
            </w:pPr>
            <w:r>
              <w:rPr>
                <w:b/>
                <w:bCs/>
                <w:color w:val="FFFFFF"/>
                <w:rtl/>
              </w:rPr>
              <w:t>תיקון</w:t>
            </w:r>
          </w:p>
        </w:tc>
      </w:tr>
      <w:tr>
        <w:tc>
          <w:tcPr>
            <w:tcW w:type="dxa" w:w="2494"/>
          </w:tcPr>
          <w:p>
            <w:pPr>
              <w:bidi/>
              <w:spacing w:before="0" w:after="40"/>
            </w:pPr>
            <w:r>
              <w:rPr>
                <w:rtl/>
              </w:rPr>
              <w:t>א. צונאמי יכול להגיע לחוף רחוק מהמוקד.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לבה היא מים חמים שיוצאים מהר הגעש.</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מה הדרך הטובה ביותר להקטין נזק מרעידות אדמה?</w:t>
      </w:r>
    </w:p>
    <w:p>
      <w:pPr>
        <w:bidi/>
        <w:spacing w:before="0" w:after="80"/>
      </w:pPr>
      <w:r>
        <w:rPr>
          <w:rtl/>
        </w:rPr>
        <w:t xml:space="preserve">   ○ בנייה לפי תקן עמיד      ○ לגור רק בקומות גבוהות      ○ לבנות בתים מזכוכית</w:t>
      </w:r>
    </w:p>
    <w:p>
      <w:pPr>
        <w:bidi/>
        <w:spacing w:before="160" w:after="60"/>
      </w:pPr>
      <w:r>
        <w:rPr>
          <w:b/>
          <w:bCs/>
          <w:sz w:val="26"/>
          <w:szCs w:val="26"/>
          <w:rtl/>
        </w:rPr>
        <w:t>5. הכינו רשימה של שלושה פריטים לתיק חירום משפחתי, והסבירו למה בחרתם אחד מהם.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ח'   |   פרק 8</w:t>
      </w:r>
    </w:p>
    <w:p>
      <w:pPr>
        <w:bidi/>
        <w:spacing w:before="0" w:after="120"/>
      </w:pPr>
      <w:r>
        <w:rPr>
          <w:rFonts w:ascii="David" w:hAnsi="David" w:cs="David"/>
          <w:b/>
          <w:bCs/>
          <w:color w:val="14532D"/>
          <w:sz w:val="44"/>
          <w:szCs w:val="44"/>
          <w:rtl/>
        </w:rPr>
        <w:t>פרק 8: סלעים ותהליכים חיצוניים: בליה, סחיפה והשקעה</w:t>
      </w:r>
    </w:p>
    <w:p>
      <w:pPr>
        <w:bidi/>
        <w:spacing w:before="120" w:after="40"/>
      </w:pPr>
      <w:r>
        <w:rPr>
          <w:rFonts w:ascii="David" w:hAnsi="David" w:cs="David"/>
          <w:b/>
          <w:bCs/>
          <w:color w:val="14532D"/>
          <w:sz w:val="28"/>
          <w:szCs w:val="28"/>
          <w:rtl/>
        </w:rPr>
        <w:t>◆ סוגי סלעים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t>סוג</w:t>
            </w:r>
          </w:p>
        </w:tc>
        <w:tc>
          <w:tcPr>
            <w:tcW w:type="dxa" w:w="3326"/>
            <w:shd w:val="clear" w:color="auto" w:fill="14532d"/>
          </w:tcPr>
          <w:p>
            <w:pPr>
              <w:bidi/>
              <w:spacing w:before="0" w:after="40"/>
            </w:pPr>
            <w:r>
              <w:rPr>
                <w:b/>
                <w:bCs/>
                <w:color w:val="FFFFFF"/>
                <w:rtl/>
              </w:rPr>
              <w:t>איך נוצר</w:t>
            </w:r>
          </w:p>
        </w:tc>
        <w:tc>
          <w:tcPr>
            <w:tcW w:type="dxa" w:w="3326"/>
            <w:shd w:val="clear" w:color="auto" w:fill="14532d"/>
          </w:tcPr>
          <w:p>
            <w:pPr>
              <w:bidi/>
              <w:spacing w:before="0" w:after="40"/>
            </w:pPr>
            <w:r>
              <w:rPr>
                <w:b/>
                <w:bCs/>
                <w:color w:val="FFFFFF"/>
                <w:rtl/>
              </w:rPr>
              <w:t>דוגמה</w:t>
            </w:r>
          </w:p>
        </w:tc>
      </w:tr>
      <w:tr>
        <w:tc>
          <w:tcPr>
            <w:tcW w:type="dxa" w:w="3326"/>
          </w:tcPr>
          <w:p>
            <w:pPr>
              <w:bidi/>
              <w:spacing w:before="0" w:after="40"/>
            </w:pPr>
            <w:r>
              <w:rPr>
                <w:rtl/>
              </w:rPr>
              <w:t>יסוד</w:t>
            </w:r>
          </w:p>
        </w:tc>
        <w:tc>
          <w:tcPr>
            <w:tcW w:type="dxa" w:w="3326"/>
          </w:tcPr>
          <w:p>
            <w:pPr>
              <w:bidi/>
              <w:spacing w:before="0" w:after="40"/>
            </w:pPr>
            <w:r>
              <w:rPr>
                <w:rtl/>
              </w:rPr>
              <w:t>מגמה/לבה שהתקררה</w:t>
            </w:r>
          </w:p>
        </w:tc>
        <w:tc>
          <w:tcPr>
            <w:tcW w:type="dxa" w:w="3326"/>
          </w:tcPr>
          <w:p>
            <w:pPr>
              <w:bidi/>
              <w:spacing w:before="0" w:after="40"/>
            </w:pPr>
            <w:r>
              <w:rPr>
                <w:rtl/>
              </w:rPr>
              <w:t>בזלת, גרניט</w:t>
            </w:r>
          </w:p>
        </w:tc>
      </w:tr>
      <w:tr>
        <w:tc>
          <w:tcPr>
            <w:tcW w:type="dxa" w:w="3326"/>
          </w:tcPr>
          <w:p>
            <w:pPr>
              <w:bidi/>
              <w:spacing w:before="0" w:after="40"/>
            </w:pPr>
            <w:r>
              <w:rPr>
                <w:rtl/>
              </w:rPr>
              <w:t>משקע</w:t>
            </w:r>
          </w:p>
        </w:tc>
        <w:tc>
          <w:tcPr>
            <w:tcW w:type="dxa" w:w="3326"/>
          </w:tcPr>
          <w:p>
            <w:pPr>
              <w:bidi/>
              <w:spacing w:before="0" w:after="40"/>
            </w:pPr>
            <w:r>
              <w:rPr>
                <w:rtl/>
              </w:rPr>
              <w:t>שכבות שנדחסו</w:t>
            </w:r>
          </w:p>
        </w:tc>
        <w:tc>
          <w:tcPr>
            <w:tcW w:type="dxa" w:w="3326"/>
          </w:tcPr>
          <w:p>
            <w:pPr>
              <w:bidi/>
              <w:spacing w:before="0" w:after="40"/>
            </w:pPr>
            <w:r>
              <w:rPr>
                <w:rtl/>
              </w:rPr>
              <w:t>גיר, קירטון, אבן חול</w:t>
            </w:r>
          </w:p>
        </w:tc>
      </w:tr>
      <w:tr>
        <w:tc>
          <w:tcPr>
            <w:tcW w:type="dxa" w:w="3326"/>
          </w:tcPr>
          <w:p>
            <w:pPr>
              <w:bidi/>
              <w:spacing w:before="0" w:after="40"/>
            </w:pPr>
            <w:r>
              <w:rPr>
                <w:rtl/>
              </w:rPr>
              <w:t>תמורה</w:t>
            </w:r>
          </w:p>
        </w:tc>
        <w:tc>
          <w:tcPr>
            <w:tcW w:type="dxa" w:w="3326"/>
          </w:tcPr>
          <w:p>
            <w:pPr>
              <w:bidi/>
              <w:spacing w:before="0" w:after="40"/>
            </w:pPr>
            <w:r>
              <w:rPr>
                <w:rtl/>
              </w:rPr>
              <w:t>חום ולחץ</w:t>
            </w:r>
          </w:p>
        </w:tc>
        <w:tc>
          <w:tcPr>
            <w:tcW w:type="dxa" w:w="3326"/>
          </w:tcPr>
          <w:p>
            <w:pPr>
              <w:bidi/>
              <w:spacing w:before="0" w:after="40"/>
            </w:pPr>
            <w:r>
              <w:rPr>
                <w:rtl/>
              </w:rPr>
              <w:t>שיש</w:t>
            </w:r>
          </w:p>
        </w:tc>
      </w:tr>
    </w:tbl>
    <w:p>
      <w:pPr>
        <w:bidi/>
        <w:spacing w:before="0" w:after="40"/>
      </w:pPr>
    </w:p>
    <w:p>
      <w:pPr>
        <w:bidi/>
        <w:spacing w:before="120" w:after="40"/>
      </w:pPr>
      <w:r>
        <w:rPr>
          <w:rFonts w:ascii="David" w:hAnsi="David" w:cs="David"/>
          <w:b/>
          <w:bCs/>
          <w:color w:val="14532D"/>
          <w:sz w:val="28"/>
          <w:szCs w:val="28"/>
          <w:rtl/>
        </w:rPr>
        <w:t>◆ עיצוב פני השטח</w:t>
      </w:r>
    </w:p>
    <w:p>
      <w:pPr>
        <w:bidi/>
        <w:spacing w:before="0" w:after="20"/>
      </w:pPr>
      <w:r>
        <w:rPr>
          <w:rtl/>
        </w:rPr>
        <w:t>1. בליה – פירוק במקום (מכנית / כימית).</w:t>
      </w:r>
    </w:p>
    <w:p>
      <w:pPr>
        <w:bidi/>
        <w:spacing w:before="0" w:after="20"/>
      </w:pPr>
      <w:r>
        <w:rPr>
          <w:rtl/>
        </w:rPr>
        <w:t>2. סחיפה – הובלה (מים, גלים, רוח, קרח).</w:t>
      </w:r>
    </w:p>
    <w:p>
      <w:pPr>
        <w:bidi/>
        <w:spacing w:before="0" w:after="20"/>
      </w:pPr>
      <w:r>
        <w:rPr>
          <w:rtl/>
        </w:rPr>
        <w:t>3. השקעה – הנחת החומר: דלתה, חוף חול, דיונה.</w:t>
      </w:r>
    </w:p>
    <w:p>
      <w:pPr>
        <w:bidi/>
        <w:spacing w:before="160" w:after="60"/>
      </w:pPr>
      <w:r>
        <w:rPr>
          <w:b/>
          <w:bCs/>
          <w:sz w:val="26"/>
          <w:szCs w:val="26"/>
          <w:rtl/>
        </w:rPr>
        <w:t>1. התאימו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טור א</w:t>
            </w:r>
          </w:p>
        </w:tc>
        <w:tc>
          <w:tcPr>
            <w:tcW w:type="dxa" w:w="4989"/>
            <w:shd w:val="clear" w:color="auto" w:fill="14532d"/>
          </w:tcPr>
          <w:p>
            <w:pPr>
              <w:bidi/>
              <w:spacing w:before="0" w:after="40"/>
            </w:pPr>
            <w:r>
              <w:rPr>
                <w:b/>
                <w:bCs/>
                <w:color w:val="FFFFFF"/>
                <w:rtl/>
              </w:rPr>
              <w:t>טור ב</w:t>
            </w:r>
          </w:p>
        </w:tc>
      </w:tr>
      <w:tr>
        <w:tc>
          <w:tcPr>
            <w:tcW w:type="dxa" w:w="4989"/>
          </w:tcPr>
          <w:p>
            <w:pPr>
              <w:bidi/>
              <w:spacing w:before="0" w:after="40"/>
            </w:pPr>
            <w:r>
              <w:rPr>
                <w:rtl/>
              </w:rPr>
              <w:t>1. סלע יסוד</w:t>
            </w:r>
          </w:p>
        </w:tc>
        <w:tc>
          <w:tcPr>
            <w:tcW w:type="dxa" w:w="4989"/>
          </w:tcPr>
          <w:p>
            <w:pPr>
              <w:bidi/>
              <w:spacing w:before="0" w:after="40"/>
            </w:pPr>
            <w:r>
              <w:rPr>
                <w:rtl/>
              </w:rPr>
              <w:t>[   ] נוצר ממגמה או לבה שהתקררה</w:t>
            </w:r>
          </w:p>
        </w:tc>
      </w:tr>
      <w:tr>
        <w:tc>
          <w:tcPr>
            <w:tcW w:type="dxa" w:w="4989"/>
          </w:tcPr>
          <w:p>
            <w:pPr>
              <w:bidi/>
              <w:spacing w:before="0" w:after="40"/>
            </w:pPr>
            <w:r>
              <w:rPr>
                <w:rtl/>
              </w:rPr>
              <w:t>2. סלע משקע</w:t>
            </w:r>
          </w:p>
        </w:tc>
        <w:tc>
          <w:tcPr>
            <w:tcW w:type="dxa" w:w="4989"/>
          </w:tcPr>
          <w:p>
            <w:pPr>
              <w:bidi/>
              <w:spacing w:before="0" w:after="40"/>
            </w:pPr>
            <w:r>
              <w:rPr>
                <w:rtl/>
              </w:rPr>
              <w:t>[   ] נוצר משכבות שנדחסו</w:t>
            </w:r>
          </w:p>
        </w:tc>
      </w:tr>
      <w:tr>
        <w:tc>
          <w:tcPr>
            <w:tcW w:type="dxa" w:w="4989"/>
          </w:tcPr>
          <w:p>
            <w:pPr>
              <w:bidi/>
              <w:spacing w:before="0" w:after="40"/>
            </w:pPr>
            <w:r>
              <w:rPr>
                <w:rtl/>
              </w:rPr>
              <w:t>3. סלע תמורה</w:t>
            </w:r>
          </w:p>
        </w:tc>
        <w:tc>
          <w:tcPr>
            <w:tcW w:type="dxa" w:w="4989"/>
          </w:tcPr>
          <w:p>
            <w:pPr>
              <w:bidi/>
              <w:spacing w:before="0" w:after="40"/>
            </w:pPr>
            <w:r>
              <w:rPr>
                <w:rtl/>
              </w:rPr>
              <w:t>[   ] סלעים הופכים מסוג לסוג</w:t>
            </w:r>
          </w:p>
        </w:tc>
      </w:tr>
      <w:tr>
        <w:tc>
          <w:tcPr>
            <w:tcW w:type="dxa" w:w="4989"/>
          </w:tcPr>
          <w:p>
            <w:pPr>
              <w:bidi/>
              <w:spacing w:before="0" w:after="40"/>
            </w:pPr>
            <w:r>
              <w:rPr>
                <w:rtl/>
              </w:rPr>
              <w:t>4. מחזור הסלע</w:t>
            </w:r>
          </w:p>
        </w:tc>
        <w:tc>
          <w:tcPr>
            <w:tcW w:type="dxa" w:w="4989"/>
          </w:tcPr>
          <w:p>
            <w:pPr>
              <w:bidi/>
              <w:spacing w:before="0" w:after="40"/>
            </w:pPr>
            <w:r>
              <w:rPr>
                <w:rtl/>
              </w:rPr>
              <w:t>[   ] השתנה בחום ובלחץ</w:t>
            </w:r>
          </w:p>
        </w:tc>
      </w:tr>
    </w:tbl>
    <w:p>
      <w:pPr>
        <w:bidi/>
        <w:spacing w:before="0" w:after="40"/>
      </w:pPr>
    </w:p>
    <w:p>
      <w:pPr>
        <w:bidi/>
        <w:spacing w:before="160" w:after="60"/>
      </w:pPr>
      <w:r>
        <w:rPr>
          <w:b/>
          <w:bCs/>
          <w:sz w:val="26"/>
          <w:szCs w:val="26"/>
          <w:rtl/>
        </w:rPr>
        <w:t>2. השלימו.</w:t>
      </w:r>
    </w:p>
    <w:p>
      <w:pPr>
        <w:bidi/>
        <w:spacing w:before="0" w:after="80"/>
      </w:pPr>
      <w:r>
        <w:rPr>
          <w:color w:val="14532D"/>
          <w:sz w:val="24"/>
          <w:szCs w:val="24"/>
          <w:rtl/>
        </w:rPr>
        <w:t>מחסן מילים: סחיפה  |  גיר  |  בזלת</w:t>
      </w:r>
    </w:p>
    <w:p>
      <w:pPr>
        <w:bidi/>
        <w:spacing w:before="0" w:after="60"/>
      </w:pPr>
      <w:r>
        <w:rPr>
          <w:rtl/>
        </w:rPr>
        <w:t>א. הובלת חלקי סלע על ידי מים או רוח נקראת __________.</w:t>
      </w:r>
    </w:p>
    <w:p>
      <w:pPr>
        <w:bidi/>
        <w:spacing w:before="0" w:after="60"/>
      </w:pPr>
      <w:r>
        <w:rPr>
          <w:rtl/>
        </w:rPr>
        <w:t>ב. נטיפים נוצרים בסלע __________.</w:t>
      </w: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4532d"/>
          </w:tcPr>
          <w:p>
            <w:pPr>
              <w:bidi/>
              <w:spacing w:before="0" w:after="40"/>
            </w:pPr>
            <w:r>
              <w:rPr>
                <w:b/>
                <w:bCs/>
                <w:color w:val="FFFFFF"/>
                <w:rtl/>
              </w:rPr>
              <w:t>משפט</w:t>
            </w:r>
          </w:p>
        </w:tc>
        <w:tc>
          <w:tcPr>
            <w:tcW w:type="dxa" w:w="2494"/>
            <w:shd w:val="clear" w:color="auto" w:fill="14532d"/>
          </w:tcPr>
          <w:p>
            <w:pPr>
              <w:bidi/>
              <w:spacing w:before="0" w:after="40"/>
            </w:pPr>
            <w:r>
              <w:rPr>
                <w:b/>
                <w:bCs/>
                <w:color w:val="FFFFFF"/>
                <w:rtl/>
              </w:rPr>
              <w:t>נכון</w:t>
            </w:r>
          </w:p>
        </w:tc>
        <w:tc>
          <w:tcPr>
            <w:tcW w:type="dxa" w:w="2494"/>
            <w:shd w:val="clear" w:color="auto" w:fill="14532d"/>
          </w:tcPr>
          <w:p>
            <w:pPr>
              <w:bidi/>
              <w:spacing w:before="0" w:after="40"/>
            </w:pPr>
            <w:r>
              <w:rPr>
                <w:b/>
                <w:bCs/>
                <w:color w:val="FFFFFF"/>
                <w:rtl/>
              </w:rPr>
              <w:t>לא נכון</w:t>
            </w:r>
          </w:p>
        </w:tc>
        <w:tc>
          <w:tcPr>
            <w:tcW w:type="dxa" w:w="2494"/>
            <w:shd w:val="clear" w:color="auto" w:fill="14532d"/>
          </w:tcPr>
          <w:p>
            <w:pPr>
              <w:bidi/>
              <w:spacing w:before="0" w:after="40"/>
            </w:pPr>
            <w:r>
              <w:rPr>
                <w:b/>
                <w:bCs/>
                <w:color w:val="FFFFFF"/>
                <w:rtl/>
              </w:rPr>
              <w:t>תיקון</w:t>
            </w:r>
          </w:p>
        </w:tc>
      </w:tr>
      <w:tr>
        <w:tc>
          <w:tcPr>
            <w:tcW w:type="dxa" w:w="2494"/>
          </w:tcPr>
          <w:p>
            <w:pPr>
              <w:bidi/>
              <w:spacing w:before="0" w:after="40"/>
            </w:pPr>
            <w:r>
              <w:rPr>
                <w:rtl/>
              </w:rPr>
              <w:t>א. בליה מכנית משנה את החומר שממנו בנוי הסלע.</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שאיבת חול מהחוף מגבירה את הסחיפה.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איזה כוח בנה את הדיונות בחולות ניצנים?</w:t>
      </w:r>
    </w:p>
    <w:p>
      <w:pPr>
        <w:bidi/>
        <w:spacing w:before="0" w:after="80"/>
      </w:pPr>
      <w:r>
        <w:rPr>
          <w:rtl/>
        </w:rPr>
        <w:t xml:space="preserve">   ○ רוח      ○ קרחון      ○ הר געש</w:t>
      </w:r>
    </w:p>
    <w:p>
      <w:pPr>
        <w:bidi/>
        <w:spacing w:before="160" w:after="60"/>
      </w:pPr>
      <w:r>
        <w:rPr>
          <w:b/>
          <w:bCs/>
          <w:sz w:val="26"/>
          <w:szCs w:val="26"/>
          <w:rtl/>
        </w:rPr>
        <w:t>5. צוק כורכר בחוף נתניה מתמוטט. הסבירו את התהליך והציעו פתרון אחד.</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ח'   |   פרק 9</w:t>
      </w:r>
    </w:p>
    <w:p>
      <w:pPr>
        <w:bidi/>
        <w:spacing w:before="0" w:after="120"/>
      </w:pPr>
      <w:r>
        <w:rPr>
          <w:rFonts w:ascii="David" w:hAnsi="David" w:cs="David"/>
          <w:b/>
          <w:bCs/>
          <w:color w:val="14532D"/>
          <w:sz w:val="44"/>
          <w:szCs w:val="44"/>
          <w:rtl/>
        </w:rPr>
        <w:t>פרק 9: משאבי מים: ניצול ושימור</w:t>
      </w:r>
    </w:p>
    <w:p>
      <w:pPr>
        <w:bidi/>
        <w:spacing w:before="120" w:after="40"/>
      </w:pPr>
      <w:r>
        <w:rPr>
          <w:rFonts w:ascii="David" w:hAnsi="David" w:cs="David"/>
          <w:b/>
          <w:bCs/>
          <w:color w:val="14532D"/>
          <w:sz w:val="28"/>
          <w:szCs w:val="28"/>
          <w:rtl/>
        </w:rPr>
        <w:t>◆ מים בעולם</w:t>
      </w:r>
    </w:p>
    <w:p>
      <w:pPr>
        <w:bidi/>
        <w:spacing w:before="0" w:after="20"/>
      </w:pPr>
      <w:r>
        <w:rPr>
          <w:rtl/>
        </w:rPr>
        <w:t>1. 97% מלוחים, 3% מתוקים – רובם קפואים.</w:t>
      </w:r>
    </w:p>
    <w:p>
      <w:pPr>
        <w:bidi/>
        <w:spacing w:before="0" w:after="20"/>
      </w:pPr>
      <w:r>
        <w:rPr>
          <w:rtl/>
        </w:rPr>
        <w:t>2. מעט מאוד מים זמינים לשתייה.</w:t>
      </w:r>
    </w:p>
    <w:p>
      <w:pPr>
        <w:bidi/>
        <w:spacing w:before="120" w:after="40"/>
      </w:pPr>
      <w:r>
        <w:rPr>
          <w:rFonts w:ascii="David" w:hAnsi="David" w:cs="David"/>
          <w:b/>
          <w:bCs/>
          <w:color w:val="14532D"/>
          <w:sz w:val="28"/>
          <w:szCs w:val="28"/>
          <w:rtl/>
        </w:rPr>
        <w:t>◆ מקורות המים בישראל</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t>מקור</w:t>
            </w:r>
          </w:p>
        </w:tc>
        <w:tc>
          <w:tcPr>
            <w:tcW w:type="dxa" w:w="3326"/>
            <w:shd w:val="clear" w:color="auto" w:fill="14532d"/>
          </w:tcPr>
          <w:p>
            <w:pPr>
              <w:bidi/>
              <w:spacing w:before="0" w:after="40"/>
            </w:pPr>
            <w:r>
              <w:rPr>
                <w:b/>
                <w:bCs/>
                <w:color w:val="FFFFFF"/>
                <w:rtl/>
              </w:rPr>
              <w:t>סוג</w:t>
            </w:r>
          </w:p>
        </w:tc>
        <w:tc>
          <w:tcPr>
            <w:tcW w:type="dxa" w:w="3326"/>
            <w:shd w:val="clear" w:color="auto" w:fill="14532d"/>
          </w:tcPr>
          <w:p>
            <w:pPr>
              <w:bidi/>
              <w:spacing w:before="0" w:after="40"/>
            </w:pPr>
            <w:r>
              <w:rPr>
                <w:b/>
                <w:bCs/>
                <w:color w:val="FFFFFF"/>
                <w:rtl/>
              </w:rPr>
              <w:t>הערה</w:t>
            </w:r>
          </w:p>
        </w:tc>
      </w:tr>
      <w:tr>
        <w:tc>
          <w:tcPr>
            <w:tcW w:type="dxa" w:w="3326"/>
          </w:tcPr>
          <w:p>
            <w:pPr>
              <w:bidi/>
              <w:spacing w:before="0" w:after="40"/>
            </w:pPr>
            <w:r>
              <w:rPr>
                <w:rtl/>
              </w:rPr>
              <w:t>כנרת</w:t>
            </w:r>
          </w:p>
        </w:tc>
        <w:tc>
          <w:tcPr>
            <w:tcW w:type="dxa" w:w="3326"/>
          </w:tcPr>
          <w:p>
            <w:pPr>
              <w:bidi/>
              <w:spacing w:before="0" w:after="40"/>
            </w:pPr>
            <w:r>
              <w:rPr>
                <w:rtl/>
              </w:rPr>
              <w:t>טבעי</w:t>
            </w:r>
          </w:p>
        </w:tc>
        <w:tc>
          <w:tcPr>
            <w:tcW w:type="dxa" w:w="3326"/>
          </w:tcPr>
          <w:p>
            <w:pPr>
              <w:bidi/>
              <w:spacing w:before="0" w:after="40"/>
            </w:pPr>
            <w:r>
              <w:rPr>
                <w:rtl/>
              </w:rPr>
              <w:t>אגם מתוק</w:t>
            </w:r>
          </w:p>
        </w:tc>
      </w:tr>
      <w:tr>
        <w:tc>
          <w:tcPr>
            <w:tcW w:type="dxa" w:w="3326"/>
          </w:tcPr>
          <w:p>
            <w:pPr>
              <w:bidi/>
              <w:spacing w:before="0" w:after="40"/>
            </w:pPr>
            <w:r>
              <w:rPr>
                <w:rtl/>
              </w:rPr>
              <w:t>אקוויפר החוף וההר</w:t>
            </w:r>
          </w:p>
        </w:tc>
        <w:tc>
          <w:tcPr>
            <w:tcW w:type="dxa" w:w="3326"/>
          </w:tcPr>
          <w:p>
            <w:pPr>
              <w:bidi/>
              <w:spacing w:before="0" w:after="40"/>
            </w:pPr>
            <w:r>
              <w:rPr>
                <w:rtl/>
              </w:rPr>
              <w:t>טבעי</w:t>
            </w:r>
          </w:p>
        </w:tc>
        <w:tc>
          <w:tcPr>
            <w:tcW w:type="dxa" w:w="3326"/>
          </w:tcPr>
          <w:p>
            <w:pPr>
              <w:bidi/>
              <w:spacing w:before="0" w:after="40"/>
            </w:pPr>
            <w:r>
              <w:rPr>
                <w:rtl/>
              </w:rPr>
              <w:t>מי תהום; סכנת המלחה</w:t>
            </w:r>
          </w:p>
        </w:tc>
      </w:tr>
      <w:tr>
        <w:tc>
          <w:tcPr>
            <w:tcW w:type="dxa" w:w="3326"/>
          </w:tcPr>
          <w:p>
            <w:pPr>
              <w:bidi/>
              <w:spacing w:before="0" w:after="40"/>
            </w:pPr>
            <w:r>
              <w:rPr>
                <w:rtl/>
              </w:rPr>
              <w:t>התפלה</w:t>
            </w:r>
          </w:p>
        </w:tc>
        <w:tc>
          <w:tcPr>
            <w:tcW w:type="dxa" w:w="3326"/>
          </w:tcPr>
          <w:p>
            <w:pPr>
              <w:bidi/>
              <w:spacing w:before="0" w:after="40"/>
            </w:pPr>
            <w:r>
              <w:rPr>
                <w:rtl/>
              </w:rPr>
              <w:t>מעשה אדם</w:t>
            </w:r>
          </w:p>
        </w:tc>
        <w:tc>
          <w:tcPr>
            <w:tcW w:type="dxa" w:w="3326"/>
          </w:tcPr>
          <w:p>
            <w:pPr>
              <w:bidi/>
              <w:spacing w:before="0" w:after="40"/>
            </w:pPr>
            <w:r>
              <w:rPr>
                <w:rtl/>
              </w:rPr>
              <w:t>רוב מי השתייה היום</w:t>
            </w:r>
          </w:p>
        </w:tc>
      </w:tr>
      <w:tr>
        <w:tc>
          <w:tcPr>
            <w:tcW w:type="dxa" w:w="3326"/>
          </w:tcPr>
          <w:p>
            <w:pPr>
              <w:bidi/>
              <w:spacing w:before="0" w:after="40"/>
            </w:pPr>
            <w:r>
              <w:rPr>
                <w:rtl/>
              </w:rPr>
              <w:t>מים מושבים</w:t>
            </w:r>
          </w:p>
        </w:tc>
        <w:tc>
          <w:tcPr>
            <w:tcW w:type="dxa" w:w="3326"/>
          </w:tcPr>
          <w:p>
            <w:pPr>
              <w:bidi/>
              <w:spacing w:before="0" w:after="40"/>
            </w:pPr>
            <w:r>
              <w:rPr>
                <w:rtl/>
              </w:rPr>
              <w:t>מעשה אדם</w:t>
            </w:r>
          </w:p>
        </w:tc>
        <w:tc>
          <w:tcPr>
            <w:tcW w:type="dxa" w:w="3326"/>
          </w:tcPr>
          <w:p>
            <w:pPr>
              <w:bidi/>
              <w:spacing w:before="0" w:after="40"/>
            </w:pPr>
            <w:r>
              <w:rPr>
                <w:rtl/>
              </w:rPr>
              <w:t>כ-90% מהשפכים – לחקלאות</w:t>
            </w:r>
          </w:p>
        </w:tc>
      </w:tr>
    </w:tbl>
    <w:p>
      <w:pPr>
        <w:bidi/>
        <w:spacing w:before="0" w:after="40"/>
      </w:pPr>
    </w:p>
    <w:p>
      <w:pPr>
        <w:bidi/>
        <w:spacing w:before="160" w:after="60"/>
      </w:pPr>
      <w:r>
        <w:rPr>
          <w:b/>
          <w:bCs/>
          <w:sz w:val="26"/>
          <w:szCs w:val="26"/>
          <w:rtl/>
        </w:rPr>
        <w:t>1. התאימו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טור א</w:t>
            </w:r>
          </w:p>
        </w:tc>
        <w:tc>
          <w:tcPr>
            <w:tcW w:type="dxa" w:w="4989"/>
            <w:shd w:val="clear" w:color="auto" w:fill="14532d"/>
          </w:tcPr>
          <w:p>
            <w:pPr>
              <w:bidi/>
              <w:spacing w:before="0" w:after="40"/>
            </w:pPr>
            <w:r>
              <w:rPr>
                <w:b/>
                <w:bCs/>
                <w:color w:val="FFFFFF"/>
                <w:rtl/>
              </w:rPr>
              <w:t>טור ב</w:t>
            </w:r>
          </w:p>
        </w:tc>
      </w:tr>
      <w:tr>
        <w:tc>
          <w:tcPr>
            <w:tcW w:type="dxa" w:w="4989"/>
          </w:tcPr>
          <w:p>
            <w:pPr>
              <w:bidi/>
              <w:spacing w:before="0" w:after="40"/>
            </w:pPr>
            <w:r>
              <w:rPr>
                <w:rtl/>
              </w:rPr>
              <w:t>1. אקוויפר</w:t>
            </w:r>
          </w:p>
        </w:tc>
        <w:tc>
          <w:tcPr>
            <w:tcW w:type="dxa" w:w="4989"/>
          </w:tcPr>
          <w:p>
            <w:pPr>
              <w:bidi/>
              <w:spacing w:before="0" w:after="40"/>
            </w:pPr>
            <w:r>
              <w:rPr>
                <w:rtl/>
              </w:rPr>
              <w:t>[   ] שכבת סלע שאוגרת מי תהום</w:t>
            </w:r>
          </w:p>
        </w:tc>
      </w:tr>
      <w:tr>
        <w:tc>
          <w:tcPr>
            <w:tcW w:type="dxa" w:w="4989"/>
          </w:tcPr>
          <w:p>
            <w:pPr>
              <w:bidi/>
              <w:spacing w:before="0" w:after="40"/>
            </w:pPr>
            <w:r>
              <w:rPr>
                <w:rtl/>
              </w:rPr>
              <w:t>2. התפלה</w:t>
            </w:r>
          </w:p>
        </w:tc>
        <w:tc>
          <w:tcPr>
            <w:tcW w:type="dxa" w:w="4989"/>
          </w:tcPr>
          <w:p>
            <w:pPr>
              <w:bidi/>
              <w:spacing w:before="0" w:after="40"/>
            </w:pPr>
            <w:r>
              <w:rPr>
                <w:rtl/>
              </w:rPr>
              <w:t>[   ] ביוב מטוהר להשקיה</w:t>
            </w:r>
          </w:p>
        </w:tc>
      </w:tr>
      <w:tr>
        <w:tc>
          <w:tcPr>
            <w:tcW w:type="dxa" w:w="4989"/>
          </w:tcPr>
          <w:p>
            <w:pPr>
              <w:bidi/>
              <w:spacing w:before="0" w:after="40"/>
            </w:pPr>
            <w:r>
              <w:rPr>
                <w:rtl/>
              </w:rPr>
              <w:t>3. מים מושבים</w:t>
            </w:r>
          </w:p>
        </w:tc>
        <w:tc>
          <w:tcPr>
            <w:tcW w:type="dxa" w:w="4989"/>
          </w:tcPr>
          <w:p>
            <w:pPr>
              <w:bidi/>
              <w:spacing w:before="0" w:after="40"/>
            </w:pPr>
            <w:r>
              <w:rPr>
                <w:rtl/>
              </w:rPr>
              <w:t>[   ] הפיכת מי ים למים מתוקים</w:t>
            </w:r>
          </w:p>
        </w:tc>
      </w:tr>
      <w:tr>
        <w:tc>
          <w:tcPr>
            <w:tcW w:type="dxa" w:w="4989"/>
          </w:tcPr>
          <w:p>
            <w:pPr>
              <w:bidi/>
              <w:spacing w:before="0" w:after="40"/>
            </w:pPr>
            <w:r>
              <w:rPr>
                <w:rtl/>
              </w:rPr>
              <w:t>4. שאיבת יתר</w:t>
            </w:r>
          </w:p>
        </w:tc>
        <w:tc>
          <w:tcPr>
            <w:tcW w:type="dxa" w:w="4989"/>
          </w:tcPr>
          <w:p>
            <w:pPr>
              <w:bidi/>
              <w:spacing w:before="0" w:after="40"/>
            </w:pPr>
            <w:r>
              <w:rPr>
                <w:rtl/>
              </w:rPr>
              <w:t>[   ] שאיבה של יותר מים ממה שמתחדש</w:t>
            </w:r>
          </w:p>
        </w:tc>
      </w:tr>
    </w:tbl>
    <w:p>
      <w:pPr>
        <w:bidi/>
        <w:spacing w:before="0" w:after="40"/>
      </w:pPr>
    </w:p>
    <w:p>
      <w:pPr>
        <w:bidi/>
        <w:spacing w:before="160" w:after="60"/>
      </w:pPr>
      <w:r>
        <w:rPr>
          <w:b/>
          <w:bCs/>
          <w:sz w:val="26"/>
          <w:szCs w:val="26"/>
          <w:rtl/>
        </w:rPr>
        <w:t>2. השלימו.</w:t>
      </w:r>
    </w:p>
    <w:p>
      <w:pPr>
        <w:bidi/>
        <w:spacing w:before="0" w:after="80"/>
      </w:pPr>
      <w:r>
        <w:rPr>
          <w:color w:val="14532D"/>
          <w:sz w:val="24"/>
          <w:szCs w:val="24"/>
          <w:rtl/>
        </w:rPr>
        <w:t>מחסן מילים: 97  |  ישראלית  |  50</w:t>
      </w:r>
    </w:p>
    <w:p>
      <w:pPr>
        <w:bidi/>
        <w:spacing w:before="0" w:after="60"/>
      </w:pPr>
      <w:r>
        <w:rPr>
          <w:rtl/>
        </w:rPr>
        <w:t>א. כ-__________% מהמים בכדור הארץ מלוחים.</w:t>
      </w:r>
    </w:p>
    <w:p>
      <w:pPr>
        <w:bidi/>
        <w:spacing w:before="0" w:after="60"/>
      </w:pPr>
      <w:r>
        <w:rPr>
          <w:rtl/>
        </w:rPr>
        <w:t>ב. השקיה בטפטוף היא המצאה __________.</w:t>
      </w: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4532d"/>
          </w:tcPr>
          <w:p>
            <w:pPr>
              <w:bidi/>
              <w:spacing w:before="0" w:after="40"/>
            </w:pPr>
            <w:r>
              <w:rPr>
                <w:b/>
                <w:bCs/>
                <w:color w:val="FFFFFF"/>
                <w:rtl/>
              </w:rPr>
              <w:t>משפט</w:t>
            </w:r>
          </w:p>
        </w:tc>
        <w:tc>
          <w:tcPr>
            <w:tcW w:type="dxa" w:w="2494"/>
            <w:shd w:val="clear" w:color="auto" w:fill="14532d"/>
          </w:tcPr>
          <w:p>
            <w:pPr>
              <w:bidi/>
              <w:spacing w:before="0" w:after="40"/>
            </w:pPr>
            <w:r>
              <w:rPr>
                <w:b/>
                <w:bCs/>
                <w:color w:val="FFFFFF"/>
                <w:rtl/>
              </w:rPr>
              <w:t>נכון</w:t>
            </w:r>
          </w:p>
        </w:tc>
        <w:tc>
          <w:tcPr>
            <w:tcW w:type="dxa" w:w="2494"/>
            <w:shd w:val="clear" w:color="auto" w:fill="14532d"/>
          </w:tcPr>
          <w:p>
            <w:pPr>
              <w:bidi/>
              <w:spacing w:before="0" w:after="40"/>
            </w:pPr>
            <w:r>
              <w:rPr>
                <w:b/>
                <w:bCs/>
                <w:color w:val="FFFFFF"/>
                <w:rtl/>
              </w:rPr>
              <w:t>לא נכון</w:t>
            </w:r>
          </w:p>
        </w:tc>
        <w:tc>
          <w:tcPr>
            <w:tcW w:type="dxa" w:w="2494"/>
            <w:shd w:val="clear" w:color="auto" w:fill="14532d"/>
          </w:tcPr>
          <w:p>
            <w:pPr>
              <w:bidi/>
              <w:spacing w:before="0" w:after="40"/>
            </w:pPr>
            <w:r>
              <w:rPr>
                <w:b/>
                <w:bCs/>
                <w:color w:val="FFFFFF"/>
                <w:rtl/>
              </w:rPr>
              <w:t>תיקון</w:t>
            </w:r>
          </w:p>
        </w:tc>
      </w:tr>
      <w:tr>
        <w:tc>
          <w:tcPr>
            <w:tcW w:type="dxa" w:w="2494"/>
          </w:tcPr>
          <w:p>
            <w:pPr>
              <w:bidi/>
              <w:spacing w:before="0" w:after="40"/>
            </w:pPr>
            <w:r>
              <w:rPr>
                <w:rtl/>
              </w:rPr>
              <w:t>א. דשנים בשדות יכולים לזהם מי תהום.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התפלה לא צורכת אנרגיה.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באיזו עונה יורד רוב הגשם בישראל?</w:t>
      </w:r>
    </w:p>
    <w:p>
      <w:pPr>
        <w:bidi/>
        <w:spacing w:before="0" w:after="80"/>
      </w:pPr>
      <w:r>
        <w:rPr>
          <w:rtl/>
        </w:rPr>
        <w:t xml:space="preserve">   ○ בחורף      ○ בקיץ      ○ באופן שווה כל השנה</w:t>
      </w:r>
    </w:p>
    <w:p>
      <w:pPr>
        <w:bidi/>
        <w:spacing w:before="160" w:after="60"/>
      </w:pPr>
      <w:r>
        <w:rPr>
          <w:b/>
          <w:bCs/>
          <w:sz w:val="26"/>
          <w:szCs w:val="26"/>
          <w:rtl/>
        </w:rPr>
        <w:t>5. עירייה רוצה לשקם נחל מזוהם. הציעו שני צעדים והסבירו אחד מהם.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ח'   |   פרק 10</w:t>
      </w:r>
    </w:p>
    <w:p>
      <w:pPr>
        <w:bidi/>
        <w:spacing w:before="0" w:after="120"/>
      </w:pPr>
      <w:r>
        <w:rPr>
          <w:rFonts w:ascii="David" w:hAnsi="David" w:cs="David"/>
          <w:b/>
          <w:bCs/>
          <w:color w:val="14532D"/>
          <w:sz w:val="44"/>
          <w:szCs w:val="44"/>
          <w:rtl/>
        </w:rPr>
        <w:t>פרק 10: משאבי אנרגיה ומחצבים</w:t>
      </w:r>
    </w:p>
    <w:p>
      <w:pPr>
        <w:bidi/>
        <w:spacing w:before="120" w:after="40"/>
      </w:pPr>
      <w:r>
        <w:rPr>
          <w:rFonts w:ascii="David" w:hAnsi="David" w:cs="David"/>
          <w:b/>
          <w:bCs/>
          <w:color w:val="14532D"/>
          <w:sz w:val="28"/>
          <w:szCs w:val="28"/>
          <w:rtl/>
        </w:rPr>
        <w:t>◆ סוגי משאבים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t>סוג</w:t>
            </w:r>
          </w:p>
        </w:tc>
        <w:tc>
          <w:tcPr>
            <w:tcW w:type="dxa" w:w="3326"/>
            <w:shd w:val="clear" w:color="auto" w:fill="14532d"/>
          </w:tcPr>
          <w:p>
            <w:pPr>
              <w:bidi/>
              <w:spacing w:before="0" w:after="40"/>
            </w:pPr>
            <w:r>
              <w:rPr>
                <w:b/>
                <w:bCs/>
                <w:color w:val="FFFFFF"/>
                <w:rtl/>
              </w:rPr>
              <w:t>דוגמאות</w:t>
            </w:r>
          </w:p>
        </w:tc>
        <w:tc>
          <w:tcPr>
            <w:tcW w:type="dxa" w:w="3326"/>
            <w:shd w:val="clear" w:color="auto" w:fill="14532d"/>
          </w:tcPr>
          <w:p>
            <w:pPr>
              <w:bidi/>
              <w:spacing w:before="0" w:after="40"/>
            </w:pPr>
            <w:r>
              <w:rPr>
                <w:b/>
                <w:bCs/>
                <w:color w:val="FFFFFF"/>
                <w:rtl/>
              </w:rPr>
              <w:t>הערה</w:t>
            </w:r>
          </w:p>
        </w:tc>
      </w:tr>
      <w:tr>
        <w:tc>
          <w:tcPr>
            <w:tcW w:type="dxa" w:w="3326"/>
          </w:tcPr>
          <w:p>
            <w:pPr>
              <w:bidi/>
              <w:spacing w:before="0" w:after="40"/>
            </w:pPr>
            <w:r>
              <w:rPr>
                <w:rtl/>
              </w:rPr>
              <w:t>מתכלה</w:t>
            </w:r>
          </w:p>
        </w:tc>
        <w:tc>
          <w:tcPr>
            <w:tcW w:type="dxa" w:w="3326"/>
          </w:tcPr>
          <w:p>
            <w:pPr>
              <w:bidi/>
              <w:spacing w:before="0" w:after="40"/>
            </w:pPr>
            <w:r>
              <w:rPr>
                <w:rtl/>
              </w:rPr>
              <w:t>נפט, פחם, גז, מתכות</w:t>
            </w:r>
          </w:p>
        </w:tc>
        <w:tc>
          <w:tcPr>
            <w:tcW w:type="dxa" w:w="3326"/>
          </w:tcPr>
          <w:p>
            <w:pPr>
              <w:bidi/>
              <w:spacing w:before="0" w:after="40"/>
            </w:pPr>
            <w:r>
              <w:rPr>
                <w:rtl/>
              </w:rPr>
              <w:t>נגמר; שריפה מזהמת</w:t>
            </w:r>
          </w:p>
        </w:tc>
      </w:tr>
      <w:tr>
        <w:tc>
          <w:tcPr>
            <w:tcW w:type="dxa" w:w="3326"/>
          </w:tcPr>
          <w:p>
            <w:pPr>
              <w:bidi/>
              <w:spacing w:before="0" w:after="40"/>
            </w:pPr>
            <w:r>
              <w:rPr>
                <w:rtl/>
              </w:rPr>
              <w:t>מתחדש</w:t>
            </w:r>
          </w:p>
        </w:tc>
        <w:tc>
          <w:tcPr>
            <w:tcW w:type="dxa" w:w="3326"/>
          </w:tcPr>
          <w:p>
            <w:pPr>
              <w:bidi/>
              <w:spacing w:before="0" w:after="40"/>
            </w:pPr>
            <w:r>
              <w:rPr>
                <w:rtl/>
              </w:rPr>
              <w:t>שמש, רוח, מים</w:t>
            </w:r>
          </w:p>
        </w:tc>
        <w:tc>
          <w:tcPr>
            <w:tcW w:type="dxa" w:w="3326"/>
          </w:tcPr>
          <w:p>
            <w:pPr>
              <w:bidi/>
              <w:spacing w:before="0" w:after="40"/>
            </w:pPr>
            <w:r>
              <w:rPr>
                <w:rtl/>
              </w:rPr>
              <w:t>נקי; תלוי במזג האוויר</w:t>
            </w:r>
          </w:p>
        </w:tc>
      </w:tr>
    </w:tbl>
    <w:p>
      <w:pPr>
        <w:bidi/>
        <w:spacing w:before="0" w:after="40"/>
      </w:pPr>
    </w:p>
    <w:p>
      <w:pPr>
        <w:bidi/>
        <w:spacing w:before="120" w:after="40"/>
      </w:pPr>
      <w:r>
        <w:rPr>
          <w:rFonts w:ascii="David" w:hAnsi="David" w:cs="David"/>
          <w:b/>
          <w:bCs/>
          <w:color w:val="14532D"/>
          <w:sz w:val="28"/>
          <w:szCs w:val="28"/>
          <w:rtl/>
        </w:rPr>
        <w:t>◆ בישראל</w:t>
      </w:r>
    </w:p>
    <w:p>
      <w:pPr>
        <w:bidi/>
        <w:spacing w:before="0" w:after="20"/>
      </w:pPr>
      <w:r>
        <w:rPr>
          <w:rtl/>
        </w:rPr>
        <w:t>1. גז טבעי: תמר ולוויתן – רוב החשמל.</w:t>
      </w:r>
    </w:p>
    <w:p>
      <w:pPr>
        <w:bidi/>
        <w:spacing w:before="0" w:after="20"/>
      </w:pPr>
      <w:r>
        <w:rPr>
          <w:rtl/>
        </w:rPr>
        <w:t>2. שמש: דוד שמש, שדה סולארי באשלים.</w:t>
      </w:r>
    </w:p>
    <w:p>
      <w:pPr>
        <w:bidi/>
        <w:spacing w:before="0" w:after="20"/>
      </w:pPr>
      <w:r>
        <w:rPr>
          <w:rtl/>
        </w:rPr>
        <w:t>3. מחצבים: אשלג, ברום ומגנזיום בים המלח; פוספטים בנגב.</w:t>
      </w:r>
    </w:p>
    <w:p>
      <w:pPr>
        <w:bidi/>
        <w:spacing w:before="0" w:after="20"/>
      </w:pPr>
      <w:r>
        <w:rPr>
          <w:rtl/>
        </w:rPr>
        <w:t>4. ניצול בר-קיימא – להשאיר גם לדורות הבאים.</w:t>
      </w:r>
    </w:p>
    <w:p>
      <w:pPr>
        <w:bidi/>
        <w:spacing w:before="160" w:after="60"/>
      </w:pPr>
      <w:r>
        <w:rPr>
          <w:b/>
          <w:bCs/>
          <w:sz w:val="26"/>
          <w:szCs w:val="26"/>
          <w:rtl/>
        </w:rPr>
        <w:t>1. התאימו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טור א</w:t>
            </w:r>
          </w:p>
        </w:tc>
        <w:tc>
          <w:tcPr>
            <w:tcW w:type="dxa" w:w="4989"/>
            <w:shd w:val="clear" w:color="auto" w:fill="14532d"/>
          </w:tcPr>
          <w:p>
            <w:pPr>
              <w:bidi/>
              <w:spacing w:before="0" w:after="40"/>
            </w:pPr>
            <w:r>
              <w:rPr>
                <w:b/>
                <w:bCs/>
                <w:color w:val="FFFFFF"/>
                <w:rtl/>
              </w:rPr>
              <w:t>טור ב</w:t>
            </w:r>
          </w:p>
        </w:tc>
      </w:tr>
      <w:tr>
        <w:tc>
          <w:tcPr>
            <w:tcW w:type="dxa" w:w="4989"/>
          </w:tcPr>
          <w:p>
            <w:pPr>
              <w:bidi/>
              <w:spacing w:before="0" w:after="40"/>
            </w:pPr>
            <w:r>
              <w:rPr>
                <w:rtl/>
              </w:rPr>
              <w:t>1. משאב מתכלה</w:t>
            </w:r>
          </w:p>
        </w:tc>
        <w:tc>
          <w:tcPr>
            <w:tcW w:type="dxa" w:w="4989"/>
          </w:tcPr>
          <w:p>
            <w:pPr>
              <w:bidi/>
              <w:spacing w:before="0" w:after="40"/>
            </w:pPr>
            <w:r>
              <w:rPr>
                <w:rtl/>
              </w:rPr>
              <w:t>[   ] הולך ונגמר</w:t>
            </w:r>
          </w:p>
        </w:tc>
      </w:tr>
      <w:tr>
        <w:tc>
          <w:tcPr>
            <w:tcW w:type="dxa" w:w="4989"/>
          </w:tcPr>
          <w:p>
            <w:pPr>
              <w:bidi/>
              <w:spacing w:before="0" w:after="40"/>
            </w:pPr>
            <w:r>
              <w:rPr>
                <w:rtl/>
              </w:rPr>
              <w:t>2. משאב מתחדש</w:t>
            </w:r>
          </w:p>
        </w:tc>
        <w:tc>
          <w:tcPr>
            <w:tcW w:type="dxa" w:w="4989"/>
          </w:tcPr>
          <w:p>
            <w:pPr>
              <w:bidi/>
              <w:spacing w:before="0" w:after="40"/>
            </w:pPr>
            <w:r>
              <w:rPr>
                <w:rtl/>
              </w:rPr>
              <w:t>[   ] נוצר משרידי יצורים לפני מיליוני שנים</w:t>
            </w:r>
          </w:p>
        </w:tc>
      </w:tr>
      <w:tr>
        <w:tc>
          <w:tcPr>
            <w:tcW w:type="dxa" w:w="4989"/>
          </w:tcPr>
          <w:p>
            <w:pPr>
              <w:bidi/>
              <w:spacing w:before="0" w:after="40"/>
            </w:pPr>
            <w:r>
              <w:rPr>
                <w:rtl/>
              </w:rPr>
              <w:t>3. דלק מחצבי</w:t>
            </w:r>
          </w:p>
        </w:tc>
        <w:tc>
          <w:tcPr>
            <w:tcW w:type="dxa" w:w="4989"/>
          </w:tcPr>
          <w:p>
            <w:pPr>
              <w:bidi/>
              <w:spacing w:before="0" w:after="40"/>
            </w:pPr>
            <w:r>
              <w:rPr>
                <w:rtl/>
              </w:rPr>
              <w:t>[   ] חומר שמוציאים מהאדמה</w:t>
            </w:r>
          </w:p>
        </w:tc>
      </w:tr>
      <w:tr>
        <w:tc>
          <w:tcPr>
            <w:tcW w:type="dxa" w:w="4989"/>
          </w:tcPr>
          <w:p>
            <w:pPr>
              <w:bidi/>
              <w:spacing w:before="0" w:after="40"/>
            </w:pPr>
            <w:r>
              <w:rPr>
                <w:rtl/>
              </w:rPr>
              <w:t>4. מחצב</w:t>
            </w:r>
          </w:p>
        </w:tc>
        <w:tc>
          <w:tcPr>
            <w:tcW w:type="dxa" w:w="4989"/>
          </w:tcPr>
          <w:p>
            <w:pPr>
              <w:bidi/>
              <w:spacing w:before="0" w:after="40"/>
            </w:pPr>
            <w:r>
              <w:rPr>
                <w:rtl/>
              </w:rPr>
              <w:t>[   ] חוזר כל הזמן</w:t>
            </w:r>
          </w:p>
        </w:tc>
      </w:tr>
    </w:tbl>
    <w:p>
      <w:pPr>
        <w:bidi/>
        <w:spacing w:before="0" w:after="40"/>
      </w:pPr>
    </w:p>
    <w:p>
      <w:pPr>
        <w:bidi/>
        <w:spacing w:before="160" w:after="60"/>
      </w:pPr>
      <w:r>
        <w:rPr>
          <w:b/>
          <w:bCs/>
          <w:sz w:val="26"/>
          <w:szCs w:val="26"/>
          <w:rtl/>
        </w:rPr>
        <w:t>2. השלימו.</w:t>
      </w:r>
    </w:p>
    <w:p>
      <w:pPr>
        <w:bidi/>
        <w:spacing w:before="0" w:after="80"/>
      </w:pPr>
      <w:r>
        <w:rPr>
          <w:color w:val="14532D"/>
          <w:sz w:val="24"/>
          <w:szCs w:val="24"/>
          <w:rtl/>
        </w:rPr>
        <w:t>מחסן מילים: נגב  |  לוויתן  |  גליל</w:t>
      </w:r>
    </w:p>
    <w:p>
      <w:pPr>
        <w:bidi/>
        <w:spacing w:before="0" w:after="60"/>
      </w:pPr>
      <w:r>
        <w:rPr>
          <w:rtl/>
        </w:rPr>
        <w:t>א. פוספטים מפיקים ב__________.</w:t>
      </w:r>
    </w:p>
    <w:p>
      <w:pPr>
        <w:bidi/>
        <w:spacing w:before="0" w:after="60"/>
      </w:pPr>
      <w:r>
        <w:rPr>
          <w:rtl/>
        </w:rPr>
        <w:t>ב. מאגר הגז הגדול בים התיכון נקרא __________.</w:t>
      </w: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4532d"/>
          </w:tcPr>
          <w:p>
            <w:pPr>
              <w:bidi/>
              <w:spacing w:before="0" w:after="40"/>
            </w:pPr>
            <w:r>
              <w:rPr>
                <w:b/>
                <w:bCs/>
                <w:color w:val="FFFFFF"/>
                <w:rtl/>
              </w:rPr>
              <w:t>משפט</w:t>
            </w:r>
          </w:p>
        </w:tc>
        <w:tc>
          <w:tcPr>
            <w:tcW w:type="dxa" w:w="2494"/>
            <w:shd w:val="clear" w:color="auto" w:fill="14532d"/>
          </w:tcPr>
          <w:p>
            <w:pPr>
              <w:bidi/>
              <w:spacing w:before="0" w:after="40"/>
            </w:pPr>
            <w:r>
              <w:rPr>
                <w:b/>
                <w:bCs/>
                <w:color w:val="FFFFFF"/>
                <w:rtl/>
              </w:rPr>
              <w:t>נכון</w:t>
            </w:r>
          </w:p>
        </w:tc>
        <w:tc>
          <w:tcPr>
            <w:tcW w:type="dxa" w:w="2494"/>
            <w:shd w:val="clear" w:color="auto" w:fill="14532d"/>
          </w:tcPr>
          <w:p>
            <w:pPr>
              <w:bidi/>
              <w:spacing w:before="0" w:after="40"/>
            </w:pPr>
            <w:r>
              <w:rPr>
                <w:b/>
                <w:bCs/>
                <w:color w:val="FFFFFF"/>
                <w:rtl/>
              </w:rPr>
              <w:t>לא נכון</w:t>
            </w:r>
          </w:p>
        </w:tc>
        <w:tc>
          <w:tcPr>
            <w:tcW w:type="dxa" w:w="2494"/>
            <w:shd w:val="clear" w:color="auto" w:fill="14532d"/>
          </w:tcPr>
          <w:p>
            <w:pPr>
              <w:bidi/>
              <w:spacing w:before="0" w:after="40"/>
            </w:pPr>
            <w:r>
              <w:rPr>
                <w:b/>
                <w:bCs/>
                <w:color w:val="FFFFFF"/>
                <w:rtl/>
              </w:rPr>
              <w:t>תיקון</w:t>
            </w:r>
          </w:p>
        </w:tc>
      </w:tr>
      <w:tr>
        <w:tc>
          <w:tcPr>
            <w:tcW w:type="dxa" w:w="2494"/>
          </w:tcPr>
          <w:p>
            <w:pPr>
              <w:bidi/>
              <w:spacing w:before="0" w:after="40"/>
            </w:pPr>
            <w:r>
              <w:rPr>
                <w:rtl/>
              </w:rPr>
              <w:t>א. מחזור פחיות חוסך מחצבים ואנרגיה.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רוב החשמל בישראל מיוצר היום מרוח.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מה מפיקים בים המלח?</w:t>
      </w:r>
    </w:p>
    <w:p>
      <w:pPr>
        <w:bidi/>
        <w:spacing w:before="0" w:after="80"/>
      </w:pPr>
      <w:r>
        <w:rPr>
          <w:rtl/>
        </w:rPr>
        <w:t xml:space="preserve">   ○ אשלג וברום      ○ זהב      ○ נפט</w:t>
      </w:r>
    </w:p>
    <w:p>
      <w:pPr>
        <w:bidi/>
        <w:spacing w:before="160" w:after="60"/>
      </w:pPr>
      <w:r>
        <w:rPr>
          <w:b/>
          <w:bCs/>
          <w:sz w:val="26"/>
          <w:szCs w:val="26"/>
          <w:rtl/>
        </w:rPr>
        <w:t>5. ההנהלה שוקלת להתקין לוחות סולאריים על גג בית הספר. כתבו טיעון בעד וטיעון נגד.</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David" w:hAnsi="David" w:cs="David"/>
          <w:b/>
          <w:bCs/>
          <w:color w:val="14532D"/>
          <w:sz w:val="44"/>
          <w:szCs w:val="44"/>
          <w:rtl/>
        </w:rPr>
        <w:t>חזרה – מה למדנו?</w:t>
      </w:r>
    </w:p>
    <w:p>
      <w:pPr>
        <w:bidi/>
        <w:spacing w:before="160" w:after="60"/>
      </w:pPr>
      <w:r>
        <w:rPr>
          <w:b/>
          <w:bCs/>
          <w:sz w:val="26"/>
          <w:szCs w:val="26"/>
          <w:rtl/>
        </w:rPr>
        <w:t>1. חזרה: השלימו בעזרת מחסן המילים.</w:t>
      </w:r>
    </w:p>
    <w:p>
      <w:pPr>
        <w:bidi/>
        <w:spacing w:before="0" w:after="80"/>
      </w:pPr>
      <w:r>
        <w:rPr>
          <w:color w:val="14532D"/>
          <w:sz w:val="24"/>
          <w:szCs w:val="24"/>
          <w:rtl/>
        </w:rPr>
        <w:t>מחסן מילים: אטמוספרה  |  לילה  |  נמוך  |  יסוד  |  התפלה  |  משקע</w:t>
      </w:r>
    </w:p>
    <w:p>
      <w:pPr>
        <w:bidi/>
        <w:spacing w:before="0" w:after="60"/>
      </w:pPr>
      <w:r>
        <w:rPr>
          <w:rtl/>
        </w:rPr>
        <w:t>א. מעטפת האוויר סביב כדור הארץ: __________.</w:t>
      </w:r>
    </w:p>
    <w:p>
      <w:pPr>
        <w:bidi/>
        <w:spacing w:before="0" w:after="60"/>
      </w:pPr>
      <w:r>
        <w:rPr>
          <w:rtl/>
        </w:rPr>
        <w:t>ב. סיבוב סביב הציר יוצר יום ו__________.</w:t>
      </w:r>
    </w:p>
    <w:p>
      <w:pPr>
        <w:bidi/>
        <w:spacing w:before="0" w:after="60"/>
      </w:pPr>
      <w:r>
        <w:rPr>
          <w:rtl/>
        </w:rPr>
        <w:t>ג. רוח נעה מלחץ גבוה ללחץ __________.</w:t>
      </w:r>
    </w:p>
    <w:p>
      <w:pPr>
        <w:bidi/>
        <w:spacing w:before="0" w:after="60"/>
      </w:pPr>
      <w:r>
        <w:rPr>
          <w:rtl/>
        </w:rPr>
        <w:t>ד. סלע שנוצר מלבה שהתקררה: סלע __________.</w:t>
      </w:r>
    </w:p>
    <w:p>
      <w:pPr>
        <w:bidi/>
        <w:spacing w:before="0" w:after="60"/>
      </w:pPr>
      <w:r>
        <w:rPr>
          <w:rtl/>
        </w:rPr>
        <w:t>ה. הפיכת מי ים למים מתוקים: __________.</w:t>
      </w:r>
    </w:p>
    <w:p>
      <w:pPr>
        <w:bidi/>
        <w:spacing w:before="160" w:after="60"/>
      </w:pPr>
      <w:r>
        <w:rPr>
          <w:b/>
          <w:bCs/>
          <w:sz w:val="26"/>
          <w:szCs w:val="26"/>
          <w:rtl/>
        </w:rPr>
        <w:t>2. חזרה: התאימו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4532d"/>
          </w:tcPr>
          <w:p>
            <w:pPr>
              <w:bidi/>
              <w:spacing w:before="0" w:after="40"/>
            </w:pPr>
            <w:r>
              <w:rPr>
                <w:b/>
                <w:bCs/>
                <w:color w:val="FFFFFF"/>
                <w:rtl/>
              </w:rPr>
              <w:t>טור א</w:t>
            </w:r>
          </w:p>
        </w:tc>
        <w:tc>
          <w:tcPr>
            <w:tcW w:type="dxa" w:w="4989"/>
            <w:shd w:val="clear" w:color="auto" w:fill="14532d"/>
          </w:tcPr>
          <w:p>
            <w:pPr>
              <w:bidi/>
              <w:spacing w:before="0" w:after="40"/>
            </w:pPr>
            <w:r>
              <w:rPr>
                <w:b/>
                <w:bCs/>
                <w:color w:val="FFFFFF"/>
                <w:rtl/>
              </w:rPr>
              <w:t>טור ב</w:t>
            </w:r>
          </w:p>
        </w:tc>
      </w:tr>
      <w:tr>
        <w:tc>
          <w:tcPr>
            <w:tcW w:type="dxa" w:w="4989"/>
          </w:tcPr>
          <w:p>
            <w:pPr>
              <w:bidi/>
              <w:spacing w:before="0" w:after="40"/>
            </w:pPr>
            <w:r>
              <w:rPr>
                <w:rtl/>
              </w:rPr>
              <w:t>1. גלקסיה</w:t>
            </w:r>
          </w:p>
        </w:tc>
        <w:tc>
          <w:tcPr>
            <w:tcW w:type="dxa" w:w="4989"/>
          </w:tcPr>
          <w:p>
            <w:pPr>
              <w:bidi/>
              <w:spacing w:before="0" w:after="40"/>
            </w:pPr>
            <w:r>
              <w:rPr>
                <w:rtl/>
              </w:rPr>
              <w:t>[   ] פירוק סלעים במקומם</w:t>
            </w:r>
          </w:p>
        </w:tc>
      </w:tr>
      <w:tr>
        <w:tc>
          <w:tcPr>
            <w:tcW w:type="dxa" w:w="4989"/>
          </w:tcPr>
          <w:p>
            <w:pPr>
              <w:bidi/>
              <w:spacing w:before="0" w:after="40"/>
            </w:pPr>
            <w:r>
              <w:rPr>
                <w:rtl/>
              </w:rPr>
              <w:t>2. אקלים</w:t>
            </w:r>
          </w:p>
        </w:tc>
        <w:tc>
          <w:tcPr>
            <w:tcW w:type="dxa" w:w="4989"/>
          </w:tcPr>
          <w:p>
            <w:pPr>
              <w:bidi/>
              <w:spacing w:before="0" w:after="40"/>
            </w:pPr>
            <w:r>
              <w:rPr>
                <w:rtl/>
              </w:rPr>
              <w:t>[   ] שכבת סלע שאוגרת מי תהום</w:t>
            </w:r>
          </w:p>
        </w:tc>
      </w:tr>
      <w:tr>
        <w:tc>
          <w:tcPr>
            <w:tcW w:type="dxa" w:w="4989"/>
          </w:tcPr>
          <w:p>
            <w:pPr>
              <w:bidi/>
              <w:spacing w:before="0" w:after="40"/>
            </w:pPr>
            <w:r>
              <w:rPr>
                <w:rtl/>
              </w:rPr>
              <w:t>3. מוקד-על</w:t>
            </w:r>
          </w:p>
        </w:tc>
        <w:tc>
          <w:tcPr>
            <w:tcW w:type="dxa" w:w="4989"/>
          </w:tcPr>
          <w:p>
            <w:pPr>
              <w:bidi/>
              <w:spacing w:before="0" w:after="40"/>
            </w:pPr>
            <w:r>
              <w:rPr>
                <w:rtl/>
              </w:rPr>
              <w:t>[   ] נקודה על פני השטח מעל מוקד הרעידה</w:t>
            </w:r>
          </w:p>
        </w:tc>
      </w:tr>
      <w:tr>
        <w:tc>
          <w:tcPr>
            <w:tcW w:type="dxa" w:w="4989"/>
          </w:tcPr>
          <w:p>
            <w:pPr>
              <w:bidi/>
              <w:spacing w:before="0" w:after="40"/>
            </w:pPr>
            <w:r>
              <w:rPr>
                <w:rtl/>
              </w:rPr>
              <w:t>4. בליה</w:t>
            </w:r>
          </w:p>
        </w:tc>
        <w:tc>
          <w:tcPr>
            <w:tcW w:type="dxa" w:w="4989"/>
          </w:tcPr>
          <w:p>
            <w:pPr>
              <w:bidi/>
              <w:spacing w:before="0" w:after="40"/>
            </w:pPr>
            <w:r>
              <w:rPr>
                <w:rtl/>
              </w:rPr>
              <w:t>[   ] מערכת של מיליארדי כוכבים</w:t>
            </w:r>
          </w:p>
        </w:tc>
      </w:tr>
      <w:tr>
        <w:tc>
          <w:tcPr>
            <w:tcW w:type="dxa" w:w="4989"/>
          </w:tcPr>
          <w:p>
            <w:pPr>
              <w:bidi/>
              <w:spacing w:before="0" w:after="40"/>
            </w:pPr>
            <w:r>
              <w:rPr>
                <w:rtl/>
              </w:rPr>
              <w:t>5. אקוויפר</w:t>
            </w:r>
          </w:p>
        </w:tc>
        <w:tc>
          <w:tcPr>
            <w:tcW w:type="dxa" w:w="4989"/>
          </w:tcPr>
          <w:p>
            <w:pPr>
              <w:bidi/>
              <w:spacing w:before="0" w:after="40"/>
            </w:pPr>
            <w:r>
              <w:rPr>
                <w:rtl/>
              </w:rPr>
              <w:t>[   ] ממוצע מזג האוויר לאורך שנים</w:t>
            </w:r>
          </w:p>
        </w:tc>
      </w:tr>
    </w:tbl>
    <w:p>
      <w:pPr>
        <w:bidi/>
        <w:spacing w:before="0" w:after="40"/>
      </w:pPr>
    </w:p>
    <w:p>
      <w:pPr>
        <w:bidi/>
        <w:spacing w:before="160" w:after="60"/>
      </w:pPr>
      <w:r>
        <w:rPr>
          <w:b/>
          <w:bCs/>
          <w:sz w:val="26"/>
          <w:szCs w:val="26"/>
          <w:rtl/>
        </w:rPr>
        <w:t>3. חזרה: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4532d"/>
          </w:tcPr>
          <w:p>
            <w:pPr>
              <w:bidi/>
              <w:spacing w:before="0" w:after="40"/>
            </w:pPr>
            <w:r>
              <w:rPr>
                <w:b/>
                <w:bCs/>
                <w:color w:val="FFFFFF"/>
                <w:rtl/>
              </w:rPr>
              <w:t>משפט</w:t>
            </w:r>
          </w:p>
        </w:tc>
        <w:tc>
          <w:tcPr>
            <w:tcW w:type="dxa" w:w="2494"/>
            <w:shd w:val="clear" w:color="auto" w:fill="14532d"/>
          </w:tcPr>
          <w:p>
            <w:pPr>
              <w:bidi/>
              <w:spacing w:before="0" w:after="40"/>
            </w:pPr>
            <w:r>
              <w:rPr>
                <w:b/>
                <w:bCs/>
                <w:color w:val="FFFFFF"/>
                <w:rtl/>
              </w:rPr>
              <w:t>נכון</w:t>
            </w:r>
          </w:p>
        </w:tc>
        <w:tc>
          <w:tcPr>
            <w:tcW w:type="dxa" w:w="2494"/>
            <w:shd w:val="clear" w:color="auto" w:fill="14532d"/>
          </w:tcPr>
          <w:p>
            <w:pPr>
              <w:bidi/>
              <w:spacing w:before="0" w:after="40"/>
            </w:pPr>
            <w:r>
              <w:rPr>
                <w:b/>
                <w:bCs/>
                <w:color w:val="FFFFFF"/>
                <w:rtl/>
              </w:rPr>
              <w:t>לא נכון</w:t>
            </w:r>
          </w:p>
        </w:tc>
        <w:tc>
          <w:tcPr>
            <w:tcW w:type="dxa" w:w="2494"/>
            <w:shd w:val="clear" w:color="auto" w:fill="14532d"/>
          </w:tcPr>
          <w:p>
            <w:pPr>
              <w:bidi/>
              <w:spacing w:before="0" w:after="40"/>
            </w:pPr>
            <w:r>
              <w:rPr>
                <w:b/>
                <w:bCs/>
                <w:color w:val="FFFFFF"/>
                <w:rtl/>
              </w:rPr>
              <w:t>תיקון</w:t>
            </w:r>
          </w:p>
        </w:tc>
      </w:tr>
      <w:tr>
        <w:tc>
          <w:tcPr>
            <w:tcW w:type="dxa" w:w="2494"/>
          </w:tcPr>
          <w:p>
            <w:pPr>
              <w:bidi/>
              <w:spacing w:before="0" w:after="40"/>
            </w:pPr>
            <w:r>
              <w:rPr>
                <w:rtl/>
              </w:rPr>
              <w:t>א. עונות השנה נוצרות בגלל נטיית ציר כדור הארץ.</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הלוחות הטקטוניים עומדים במקום.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השבר הסורי-אפריקני עובר בבקעת הירדן.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נפט הוא משאב מתחדש.</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חזרה: מיינו לפי הנושא.</w:t>
      </w:r>
    </w:p>
    <w:p>
      <w:pPr>
        <w:bidi/>
        <w:spacing w:before="0" w:after="80"/>
      </w:pPr>
      <w:r>
        <w:rPr>
          <w:color w:val="14532D"/>
          <w:sz w:val="24"/>
          <w:szCs w:val="24"/>
          <w:rtl/>
        </w:rPr>
        <w:t>המילים: ברומטר  |  מעטפת  |  דיונה  |  לוויתן  |  לחץ נמוך  |  גלעין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4532d"/>
          </w:tcPr>
          <w:p>
            <w:pPr>
              <w:bidi/>
              <w:spacing w:before="0" w:after="40"/>
            </w:pPr>
            <w:r>
              <w:rPr>
                <w:b/>
                <w:bCs/>
                <w:color w:val="FFFFFF"/>
                <w:rtl/>
              </w:rPr>
              <w:t>אטמוספרה ומזג אוויר</w:t>
            </w:r>
          </w:p>
        </w:tc>
        <w:tc>
          <w:tcPr>
            <w:tcW w:type="dxa" w:w="3326"/>
            <w:shd w:val="clear" w:color="auto" w:fill="14532d"/>
          </w:tcPr>
          <w:p>
            <w:pPr>
              <w:bidi/>
              <w:spacing w:before="0" w:after="40"/>
            </w:pPr>
            <w:r>
              <w:rPr>
                <w:b/>
                <w:bCs/>
                <w:color w:val="FFFFFF"/>
                <w:rtl/>
              </w:rPr>
              <w:t>מבנה כדור הארץ</w:t>
            </w:r>
          </w:p>
        </w:tc>
        <w:tc>
          <w:tcPr>
            <w:tcW w:type="dxa" w:w="3326"/>
            <w:shd w:val="clear" w:color="auto" w:fill="14532d"/>
          </w:tcPr>
          <w:p>
            <w:pPr>
              <w:bidi/>
              <w:spacing w:before="0" w:after="40"/>
            </w:pPr>
            <w:r>
              <w:rPr>
                <w:b/>
                <w:bCs/>
                <w:color w:val="FFFFFF"/>
                <w:rtl/>
              </w:rPr>
              <w:t>פני השטח ומשאבים</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5. חזרה: בחרו תופעה אחת שלמדתם השנה, והסבירו אילו שתי ספרות משתתפות בה.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480" w:after="80"/>
      </w:pPr>
      <w:r>
        <w:rPr>
          <w:rFonts w:ascii="David" w:hAnsi="David" w:cs="David"/>
          <w:b/>
          <w:bCs/>
          <w:color w:val="14532D"/>
          <w:sz w:val="60"/>
          <w:szCs w:val="60"/>
          <w:rtl/>
        </w:rPr>
        <w:t>כל הכבוד!</w:t>
      </w:r>
    </w:p>
    <w:p>
      <w:pPr>
        <w:bidi/>
        <w:spacing w:before="0" w:after="80"/>
      </w:pPr>
      <w:r>
        <w:rPr>
          <w:sz w:val="32"/>
          <w:szCs w:val="32"/>
          <w:rtl/>
        </w:rPr>
        <w:t>סיימתי את חוברת העבודה בגאוגרפיה לכיתה ח'.</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