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David" w:hAnsi="David" w:cs="David"/>
          <w:b/>
          <w:bCs/>
          <w:color w:val="0F7A4F"/>
          <w:sz w:val="44"/>
          <w:szCs w:val="44"/>
          <w:rtl/>
        </w:rPr>
        <w:t>🔑 מחוון – חוברת העבודה בגאוגרפיה לכיתה ח'</w:t>
      </w:r>
    </w:p>
    <w:p>
      <w:pPr>
        <w:bidi/>
        <w:spacing w:before="160" w:after="80"/>
      </w:pPr>
      <w:r>
        <w:rPr>
          <w:rFonts w:ascii="David" w:hAnsi="David" w:cs="David"/>
          <w:b/>
          <w:bCs/>
          <w:color w:val="14532D"/>
          <w:sz w:val="30"/>
          <w:szCs w:val="30"/>
          <w:rtl/>
        </w:rPr>
        <w:t>פרק 1: ארבע הספרות של כדור הארץ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כל ספרה לתיאור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אטמוספרה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סלעים, קרקע ושכבות פנים כדור הארץ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הידרוספרה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כל המים: נוזל, קרח ואדים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גאוספרה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מעטפת הגזים סביב כדור הארץ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ביוספרה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כל היצורים החיים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השלימו: מאיזו ספרה לאיזו ספרה עוברת ההשפעה?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תופעה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מתחילה ב…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משפיעה על…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גשם חזק גורם לסחיפת קרקע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אטמוספרה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גאוספרה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יער משחרר חמצן לאוויר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ביוספרה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אטמוספרה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גלי ים שוחקים צוק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הידרוספרה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גאוספרה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רוב האוויר באטמוספרה הוא חנקן.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מי תהום שייכים לגאוספרה.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מי תהום שייכים להידרוספרה.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מה מהבאים הוא דוגמה להשפעת האדם על ההידרוספרה?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שאיבת מים מהכנרת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תארו פעולה אחת של האדם, והסבירו איך היא משפיעה על שתי ספרות.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למשל: נסיעה במכוניות פולטת גזים לאטמוספרה, ומחממת את האקלים, ולכן קרחונים (הידרוספרה) נמסים.</w:t>
      </w:r>
    </w:p>
    <w:p>
      <w:pPr>
        <w:bidi/>
        <w:spacing w:before="160" w:after="80"/>
      </w:pPr>
      <w:r>
        <w:rPr>
          <w:rFonts w:ascii="David" w:hAnsi="David" w:cs="David"/>
          <w:b/>
          <w:bCs/>
          <w:color w:val="14532D"/>
          <w:sz w:val="30"/>
          <w:szCs w:val="30"/>
          <w:rtl/>
        </w:rPr>
        <w:t>פרק 2: כדור הארץ במערכת השמש וביקום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יקום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כל מה שקיים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גלקסיה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גוף שסובב כוכב לכת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כוכב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מערכת של מיליארדי כוכבים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ירח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גוף לוהט שמפיק אור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40"/>
      </w:pPr>
      <w:r>
        <w:rPr>
          <w:rtl/>
        </w:rPr>
        <w:t>א. המרחק מכדור הארץ לשמש הוא כ-150 מיליון ק"מ.</w:t>
      </w:r>
    </w:p>
    <w:p>
      <w:pPr>
        <w:bidi/>
        <w:spacing w:before="0" w:after="40"/>
      </w:pPr>
      <w:r>
        <w:rPr>
          <w:rtl/>
        </w:rPr>
        <w:t>ב. כוכב הלכת עם הטבעות הבולטות הוא שבתאי.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כוכבי הלכת הסלעיים קרובים יותר לשמש.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שביל החלב הוא כוכב לכת.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שביל החלב הוא הגלקסיה שלנו.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מה מגן על כדור הארץ מפני רוח השמש?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השדה המגנטי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דמיינו שכדור הארץ היה קרוב יותר לשמש. מה היה קורה למים? נמקו.</w:t>
      </w:r>
    </w:p>
    <w:p>
      <w:pPr>
        <w:bidi/>
        <w:spacing w:before="0" w:after="80"/>
      </w:pPr>
      <w:r>
        <w:rPr>
          <w:color w:val="0F7A4F"/>
          <w:rtl/>
        </w:rPr>
        <w:t>תשובה אפשרית: היה חם יותר והמים היו מתאדים, כך שלא היו מים נוזליים ולא היו חיים כמו היום.</w:t>
      </w:r>
    </w:p>
    <w:p>
      <w:pPr>
        <w:bidi/>
        <w:spacing w:before="160" w:after="80"/>
      </w:pPr>
      <w:r>
        <w:rPr>
          <w:rFonts w:ascii="David" w:hAnsi="David" w:cs="David"/>
          <w:b/>
          <w:bCs/>
          <w:color w:val="14532D"/>
          <w:sz w:val="30"/>
          <w:szCs w:val="30"/>
          <w:rtl/>
        </w:rPr>
        <w:t>פרק 3: תנועות כדור הארץ: יום ולילה ועונות השנה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יממה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סיבוב אחד סביב הציר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שנה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קו רוחב 0°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קו המשווה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הקפה אחת סביב השמש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שנה מעוברת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שנה עם 29 בפברואר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40"/>
      </w:pPr>
      <w:r>
        <w:rPr>
          <w:rtl/>
        </w:rPr>
        <w:t>א. ציר כדור הארץ נוטה בכ-23.5 מעלות.</w:t>
      </w:r>
    </w:p>
    <w:p>
      <w:pPr>
        <w:bidi/>
        <w:spacing w:before="0" w:after="40"/>
      </w:pPr>
      <w:r>
        <w:rPr>
          <w:rtl/>
        </w:rPr>
        <w:t>ב. השמש זורחת במזרח.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באזור קו המשווה ההבדל בין העונות קטן.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אם הציר לא היה נוטה, היו עונות חזקות יותר.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אם הציר לא היה נוטה, כמעט לא היו עונות.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מה אורך היום בקו המשווה כמעט כל השנה?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כ-12 שעות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אחיכם הקטן אומר: «בקיץ חם כי אנחנו קרובים לשמש». כתבו לו הסבר נכון ופשוט.</w:t>
      </w:r>
    </w:p>
    <w:p>
      <w:pPr>
        <w:bidi/>
        <w:spacing w:before="0" w:after="80"/>
      </w:pPr>
      <w:r>
        <w:rPr>
          <w:color w:val="0F7A4F"/>
          <w:rtl/>
        </w:rPr>
        <w:t>תשובה אפשרית: החום תלוי בזווית הקרניים ובאורך היום: בקיץ חצי הכדור שלנו נוטה אל השמש, הקרניים ישרות והיום ארוך.</w:t>
      </w:r>
    </w:p>
    <w:p>
      <w:pPr>
        <w:bidi/>
        <w:spacing w:before="160" w:after="80"/>
      </w:pPr>
      <w:r>
        <w:rPr>
          <w:rFonts w:ascii="David" w:hAnsi="David" w:cs="David"/>
          <w:b/>
          <w:bCs/>
          <w:color w:val="14532D"/>
          <w:sz w:val="30"/>
          <w:szCs w:val="30"/>
          <w:rtl/>
        </w:rPr>
        <w:t>פרק 4: האטמוספרה ומזג האוויר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מכשיר למה שהוא מודד.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מדחום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כמות משקעים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ברומטר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טמפרטורה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מד גשם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כיוון הרוח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שבשבת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לחץ אוויר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40"/>
      </w:pPr>
      <w:r>
        <w:rPr>
          <w:rtl/>
        </w:rPr>
        <w:t>א. מצב האטמוספרה בזמן קצר נקרא מזג אוויר.</w:t>
      </w:r>
    </w:p>
    <w:p>
      <w:pPr>
        <w:bidi/>
        <w:spacing w:before="0" w:after="40"/>
      </w:pPr>
      <w:r>
        <w:rPr>
          <w:rtl/>
        </w:rPr>
        <w:t>ב. בישראל הגשם יורד בעיקר בחורף.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עננים נוצרים מהתעבות אדי מים.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לחץ גבוה מביא בדרך כלל סערות.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לחץ גבוה מביא בדרך כלל מזג אוויר נאה ויציב.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באיזו שכבה טסים רוב מטוסי הנוסעים ומתרחשים העננים?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בטרופוספרה ובגבולה העליון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קראו תחזית: «לחץ נמוך מתקרב מהים, רוחות ערות». מה כדאי לקחת מחר לבית הספר? נמקו.</w:t>
      </w:r>
    </w:p>
    <w:p>
      <w:pPr>
        <w:bidi/>
        <w:spacing w:before="0" w:after="80"/>
      </w:pPr>
      <w:r>
        <w:rPr>
          <w:color w:val="0F7A4F"/>
          <w:rtl/>
        </w:rPr>
        <w:t>תשובה אפשרית: מטרייה ומעיל – לחץ נמוך מביא עננים וגשם, והרוח מקררת.</w:t>
      </w:r>
    </w:p>
    <w:p>
      <w:pPr>
        <w:bidi/>
        <w:spacing w:before="160" w:after="80"/>
      </w:pPr>
      <w:r>
        <w:rPr>
          <w:rFonts w:ascii="David" w:hAnsi="David" w:cs="David"/>
          <w:b/>
          <w:bCs/>
          <w:color w:val="14532D"/>
          <w:sz w:val="30"/>
          <w:szCs w:val="30"/>
          <w:rtl/>
        </w:rPr>
        <w:t>פרק 5: אקלים, אזורי אקלים ושינוי אקלים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גורם אקלים להשפעה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קו רוחב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גבוה יותר – קר יותר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גובה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מחמם את החוף שלידו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קרבה 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רחוק מקו המשווה – קר יותר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זרם ים חם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הבדל קטן בין קיץ לחורף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40"/>
      </w:pPr>
      <w:r>
        <w:rPr>
          <w:rtl/>
        </w:rPr>
        <w:t>א. כדי לקבוע אקלים מודדים לפחות 30 שנה.</w:t>
      </w:r>
    </w:p>
    <w:p>
      <w:pPr>
        <w:bidi/>
        <w:spacing w:before="0" w:after="40"/>
      </w:pPr>
      <w:r>
        <w:rPr>
          <w:rtl/>
        </w:rPr>
        <w:t>ב. יער גשם גדל באקלים משווני.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נסיעה בתחבורה ציבורית מפחיתה פליטת גזי חממה.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אקלים יכול להשתנות בתוך שבוע.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מזג האוויר משתנה בשבוע; אקלים משתנה לאורך שנים רבות.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איזה אקלים יש ברוב מרכז ישראל?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ים תיכוני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הציעו שתי פעולות שתלמידים יכולים לעשות כדי להפחית את שינוי האקלים.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למשל: לחסוך בחשמל (לכבות אור ומזגן), ללכת ברגל או ברכב ציבורי, למחזר ולצמצם צריכה.</w:t>
      </w:r>
    </w:p>
    <w:p>
      <w:pPr>
        <w:bidi/>
        <w:spacing w:before="160" w:after="80"/>
      </w:pPr>
      <w:r>
        <w:rPr>
          <w:rFonts w:ascii="David" w:hAnsi="David" w:cs="David"/>
          <w:b/>
          <w:bCs/>
          <w:color w:val="14532D"/>
          <w:sz w:val="30"/>
          <w:szCs w:val="30"/>
          <w:rtl/>
        </w:rPr>
        <w:t>פרק 6: מבנה כדור הארץ ותנועת הלוחות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שכבה לתיאור.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קרום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ברזל וניקל נוזליים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מעטפת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מוצק ולוהט, במרכז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גלעין חיצוני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דק ומוצק, עליו אנחנו חיים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גלעין פנימי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סלע חם שזורם לאט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סוג גבול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תנועת הלוחות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 נוצר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מתרחק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זה מזה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קרום חדש, רכס אוקייני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מתקרב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זה אל זה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רכסי הרים, הרי געש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מחליק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זה לצד זה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רעידות אדמה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ישראל נמצאת ליד גבול בין לוחות.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הגלעין הוא החלק הקר ביותר בכדור הארץ.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הגלעין הוא החלק החם ביותר.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מה מזיז את הלוחות הטקטוניים?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זרמים במעטפת החמה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למה בבקעת הירדן ובערבה יש סכנה לרעידות אדמה.</w:t>
      </w:r>
    </w:p>
    <w:p>
      <w:pPr>
        <w:bidi/>
        <w:spacing w:before="0" w:after="80"/>
      </w:pPr>
      <w:r>
        <w:rPr>
          <w:color w:val="0F7A4F"/>
          <w:rtl/>
        </w:rPr>
        <w:t>תשובה אפשרית: הן נמצאות על השבר הסורי-אפריקני, הגבול שבין לוח אפריקה ללוח ערב, והלוחות מחליקים שם זה לצד זה.</w:t>
      </w:r>
    </w:p>
    <w:p>
      <w:pPr>
        <w:bidi/>
        <w:spacing w:before="160" w:after="80"/>
      </w:pPr>
      <w:r>
        <w:rPr>
          <w:rFonts w:ascii="David" w:hAnsi="David" w:cs="David"/>
          <w:b/>
          <w:bCs/>
          <w:color w:val="14532D"/>
          <w:sz w:val="30"/>
          <w:szCs w:val="30"/>
          <w:rtl/>
        </w:rPr>
        <w:t>פרק 7: רעידות אדמה והרי געש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מוקד-על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הרי געש סביב האוקיינוס השקט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סייסמוגרף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מכשיר שרושם רעידות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טבעת האש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הר שלא התפרץ אלפי שנים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הר געש כבוי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נקודה על פני השטח מעל המוקד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40"/>
      </w:pPr>
      <w:r>
        <w:rPr>
          <w:rtl/>
        </w:rPr>
        <w:t>א. כל דרגה בסולם המגניטודה חזקה פי 32 בערך באנרגיה.</w:t>
      </w:r>
    </w:p>
    <w:p>
      <w:pPr>
        <w:bidi/>
        <w:spacing w:before="0" w:after="40"/>
      </w:pPr>
      <w:r>
        <w:rPr>
          <w:rtl/>
        </w:rPr>
        <w:t>ב. בגולן יש שרידים של הרי געש כבויים.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צונאמי יכול להגיע לחוף רחוק מהמוקד.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לבה היא מים חמים שיוצאים מהר הגעש.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לבה היא סלע מותך שיוצא מהר הגעש.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מה הדרך הטובה ביותר להקטין נזק מרעידות אדמה?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בנייה לפי תקן עמיד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הכינו רשימה של שלושה פריטים לתיק חירום משפחתי, והסבירו למה בחרתם אחד מהם.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למשל: מים, פנס וסוללות, ערכת עזרה ראשונה, רדיו, תרופות. הסבר: פנס – כי החשמל עלול להיפסק.</w:t>
      </w:r>
    </w:p>
    <w:p>
      <w:pPr>
        <w:bidi/>
        <w:spacing w:before="160" w:after="80"/>
      </w:pPr>
      <w:r>
        <w:rPr>
          <w:rFonts w:ascii="David" w:hAnsi="David" w:cs="David"/>
          <w:b/>
          <w:bCs/>
          <w:color w:val="14532D"/>
          <w:sz w:val="30"/>
          <w:szCs w:val="30"/>
          <w:rtl/>
        </w:rPr>
        <w:t>פרק 8: סלעים ותהליכים חיצוניים: בליה, סחיפה והשקעה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סלע יסוד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נוצר ממגמה או לבה שהתקררה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סלע משקע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נוצר משכבות שנדחסו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סלע תמורה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סלעים הופכים מסוג לסוג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מחזור הסלע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השתנה בחום ובלחץ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40"/>
      </w:pPr>
      <w:r>
        <w:rPr>
          <w:rtl/>
        </w:rPr>
        <w:t>א. הובלת חלקי סלע על ידי מים או רוח נקראת סחיפה.</w:t>
      </w:r>
    </w:p>
    <w:p>
      <w:pPr>
        <w:bidi/>
        <w:spacing w:before="0" w:after="40"/>
      </w:pPr>
      <w:r>
        <w:rPr>
          <w:rtl/>
        </w:rPr>
        <w:t>ב. נטיפים נוצרים בסלע גיר.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בליה מכנית משנה את החומר שממנו בנוי הסלע.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בליה כימית משנה את החומר; בליה מכנית רק מפוררת אותו.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שאיבת חול מהחוף מגבירה את הסחיפה.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איזה כוח בנה את הדיונות בחולות ניצנים?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רוח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צוק כורכר בחוף נתניה מתמוטט. הסבירו את התהליך והציעו פתרון אחד.</w:t>
      </w:r>
    </w:p>
    <w:p>
      <w:pPr>
        <w:bidi/>
        <w:spacing w:before="0" w:after="80"/>
      </w:pPr>
      <w:r>
        <w:rPr>
          <w:color w:val="0F7A4F"/>
          <w:rtl/>
        </w:rPr>
        <w:t>תשובה אפשרית: גלי הים סוחפים את בסיס הצוק והגשם מפורר אותו, עד שהוא מתמוטט. פתרון: שוברי גלים, הזנת חול, איסור בנייה על שפת הצוק.</w:t>
      </w:r>
    </w:p>
    <w:p>
      <w:pPr>
        <w:bidi/>
        <w:spacing w:before="160" w:after="80"/>
      </w:pPr>
      <w:r>
        <w:rPr>
          <w:rFonts w:ascii="David" w:hAnsi="David" w:cs="David"/>
          <w:b/>
          <w:bCs/>
          <w:color w:val="14532D"/>
          <w:sz w:val="30"/>
          <w:szCs w:val="30"/>
          <w:rtl/>
        </w:rPr>
        <w:t>פרק 9: משאבי מים: ניצול ושימור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אקוויפר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שכבת סלע שאוגרת מי תהום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התפלה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ביוב מטוהר להשקיה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מים מושבים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הפיכת מי ים למים מתוקים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שאיבת יתר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שאיבה של יותר מים ממה שמתחדש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40"/>
      </w:pPr>
      <w:r>
        <w:rPr>
          <w:rtl/>
        </w:rPr>
        <w:t>א. כ-97% מהמים בכדור הארץ מלוחים.</w:t>
      </w:r>
    </w:p>
    <w:p>
      <w:pPr>
        <w:bidi/>
        <w:spacing w:before="0" w:after="40"/>
      </w:pPr>
      <w:r>
        <w:rPr>
          <w:rtl/>
        </w:rPr>
        <w:t>ב. השקיה בטפטוף היא המצאה ישראלית.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דשנים בשדות יכולים לזהם מי תהום.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התפלה לא צורכת אנרגיה.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התפלה צורכת הרבה אנרגיה.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באיזו עונה יורד רוב הגשם בישראל?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בחורף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עירייה רוצה לשקם נחל מזוהם. הציעו שני צעדים והסבירו אחד מהם.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למשל: להפסיק להזרים ביוב לנחל; לטהר שפכים; לנקות את הגדות ולשתול צמחייה; להזרים לנחל מים נקיים. הסבר: בלי ביוב המים נקיים יותר ויכולים לחיות בהם דגים.</w:t>
      </w:r>
    </w:p>
    <w:p>
      <w:pPr>
        <w:bidi/>
        <w:spacing w:before="160" w:after="80"/>
      </w:pPr>
      <w:r>
        <w:rPr>
          <w:rFonts w:ascii="David" w:hAnsi="David" w:cs="David"/>
          <w:b/>
          <w:bCs/>
          <w:color w:val="14532D"/>
          <w:sz w:val="30"/>
          <w:szCs w:val="30"/>
          <w:rtl/>
        </w:rPr>
        <w:t>פרק 10: משאבי אנרגיה ומחצבים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משאב מתכלה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הולך ונגמר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משאב מתחדש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נוצר משרידי יצורים לפני מיליוני שנים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דלק מחצבי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חומר שמוציאים מהאדמה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מחצב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חוזר כל הזמן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40"/>
      </w:pPr>
      <w:r>
        <w:rPr>
          <w:rtl/>
        </w:rPr>
        <w:t>א. פוספטים מפיקים בנגב.</w:t>
      </w:r>
    </w:p>
    <w:p>
      <w:pPr>
        <w:bidi/>
        <w:spacing w:before="0" w:after="40"/>
      </w:pPr>
      <w:r>
        <w:rPr>
          <w:rtl/>
        </w:rPr>
        <w:t>ב. מאגר הגז הגדול בים התיכון נקרא לוויתן.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מחזור פחיות חוסך מחצבים ואנרגיה.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רוב החשמל בישראל מיוצר היום מרוח.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רוב החשמל בישראל מיוצר היום מגז טבעי.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מה מפיקים בים המלח?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אשלג וברום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ההנהלה שוקלת להתקין לוחות סולאריים על גג בית הספר. כתבו טיעון בעד וטיעון נגד.</w:t>
      </w:r>
    </w:p>
    <w:p>
      <w:pPr>
        <w:bidi/>
        <w:spacing w:before="0" w:after="80"/>
      </w:pPr>
      <w:r>
        <w:rPr>
          <w:color w:val="0F7A4F"/>
          <w:rtl/>
        </w:rPr>
        <w:t>תשובה אפשרית: בעד: חשמל נקי וזול לאורך זמן, חינוך לסביבה. נגד: עלות התקנה גבוהה, לא מייצר בלילה ובימים מעוננים.</w:t>
      </w:r>
    </w:p>
    <w:p>
      <w:pPr>
        <w:bidi/>
        <w:spacing w:before="160" w:after="80"/>
      </w:pPr>
      <w:r>
        <w:rPr>
          <w:rFonts w:ascii="David" w:hAnsi="David" w:cs="David"/>
          <w:b/>
          <w:bCs/>
          <w:color w:val="14532D"/>
          <w:sz w:val="30"/>
          <w:szCs w:val="30"/>
          <w:rtl/>
        </w:rPr>
        <w:t>חזרה – מה למדנו?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חזרה: השלימו בעזרת מחסן המילים.</w:t>
      </w:r>
    </w:p>
    <w:p>
      <w:pPr>
        <w:bidi/>
        <w:spacing w:before="0" w:after="40"/>
      </w:pPr>
      <w:r>
        <w:rPr>
          <w:rtl/>
        </w:rPr>
        <w:t>א. מעטפת האוויר סביב כדור הארץ: אטמוספרה.</w:t>
      </w:r>
    </w:p>
    <w:p>
      <w:pPr>
        <w:bidi/>
        <w:spacing w:before="0" w:after="40"/>
      </w:pPr>
      <w:r>
        <w:rPr>
          <w:rtl/>
        </w:rPr>
        <w:t>ב. סיבוב סביב הציר יוצר יום ולילה.</w:t>
      </w:r>
    </w:p>
    <w:p>
      <w:pPr>
        <w:bidi/>
        <w:spacing w:before="0" w:after="40"/>
      </w:pPr>
      <w:r>
        <w:rPr>
          <w:rtl/>
        </w:rPr>
        <w:t>ג. רוח נעה מלחץ גבוה ללחץ נמוך.</w:t>
      </w:r>
    </w:p>
    <w:p>
      <w:pPr>
        <w:bidi/>
        <w:spacing w:before="0" w:after="40"/>
      </w:pPr>
      <w:r>
        <w:rPr>
          <w:rtl/>
        </w:rPr>
        <w:t>ד. סלע שנוצר מלבה שהתקררה: סלע יסוד.</w:t>
      </w:r>
    </w:p>
    <w:p>
      <w:pPr>
        <w:bidi/>
        <w:spacing w:before="0" w:after="40"/>
      </w:pPr>
      <w:r>
        <w:rPr>
          <w:rtl/>
        </w:rPr>
        <w:t>ה. הפיכת מי ים למים מתוקים: התפלה.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חזרה: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גלקסיה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פירוק סלעים במקומם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אקלים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שכבת סלע שאוגרת מי תהום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מוקד-על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נקודה על פני השטח מעל מוקד הרעידה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בליה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מערכת של מיליארדי כוכבים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אקוויפר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ממוצע מזג האוויר לאורך שנים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חזרה: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עונות השנה נוצרות בגלל נטיית ציר כדור הארץ.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הלוחות הטקטוניים עומדים במקום.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הלוחות נעים כמה סנטימטרים בשנה.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השבר הסורי-אפריקני עובר בבקעת הירדן.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נפט הוא משאב מתחדש.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נפט הוא משאב מתכלה.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חזרה: מיינו לפי הנושא.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אטמוספרה ומזג אוויר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מבנה כדור הארץ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פני השטח ומשאבים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ברומטר, לחץ נמוך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מעטפת, גלעין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דיונה, לוויתן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חזרה: בחרו תופעה אחת שלמדתם השנה, והסבירו אילו שתי ספרות משתתפות בה.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למשל: רעידת אדמה בים (גאוספרה) יוצרת צונאמי (הידרוספרה); או גשם (אטמוספרה) שסוחף קרקע (גאוספרה).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