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מבחן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📝 מבחן מסכם – רמה בסיסית</w:t>
      </w:r>
    </w:p>
    <w:p>
      <w:pPr>
        <w:bidi/>
        <w:spacing w:before="0" w:after="120"/>
      </w:pPr>
      <w:r>
        <w:rPr>
          <w:color w:val="5B6476"/>
          <w:sz w:val="22"/>
          <w:szCs w:val="22"/>
          <w:rtl/>
        </w:rPr>
        <w:t>משך המבחן: 90 דקות · סך הכול 100 נקודות.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א': הבנת טקסט מידע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ב': ידע ומושגים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35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חלק ג': יישום וחשיבה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א': הבנת טקסט מידע (40 נק')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C2410C"/>
          <w:sz w:val="30"/>
          <w:szCs w:val="30"/>
          <w:rtl/>
        </w:rPr>
        <w:t>הנגב – המרחב הגדול של ישראל</w:t>
      </w:r>
    </w:p>
    <w:p>
      <w:pPr>
        <w:bidi/>
        <w:spacing w:before="0" w:after="80"/>
      </w:pPr>
      <w:r>
        <w:rPr>
          <w:rtl/>
        </w:rPr>
        <w:t>הנגב תופס יותר ממחצית שטחה של מדינת ישראל, אבל גרים בו רק כשמונה אחוזים מהתושבים. האקלים בו מדברי: מעט גשם, קיץ חם מאוד ולילות קרים.</w:t>
      </w:r>
    </w:p>
    <w:p>
      <w:pPr>
        <w:bidi/>
        <w:spacing w:before="0" w:after="80"/>
      </w:pPr>
      <w:r>
        <w:rPr>
          <w:rtl/>
        </w:rPr>
        <w:t>במשך שנים רבות הנגב נחשב לפריפריה: מעט מקומות עבודה, מרחקים גדולים ממרכז הארץ ושירותים חלשים. צעירים רבים עזבו את עיירות הפיתוח בנגב לטובת גוש דן.</w:t>
      </w:r>
    </w:p>
    <w:p>
      <w:pPr>
        <w:bidi/>
        <w:spacing w:before="0" w:after="80"/>
      </w:pPr>
      <w:r>
        <w:rPr>
          <w:rtl/>
        </w:rPr>
        <w:t>בשנים האחרונות המצב משתנה. נבנתה רכבת מהירה מבאר שבע לתל אביב, בסיסים גדולים של צה"ל עברו לדרום, ובאזור הוקמו שדות סולאריים ופארק הייטק ליד אוניברסיטת בן-גוריון.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בחרו את התשובה הנכונה. (10 נק')</w:t>
      </w:r>
    </w:p>
    <w:p>
      <w:pPr>
        <w:bidi/>
        <w:spacing w:before="0" w:after="20"/>
      </w:pPr>
      <w:r>
        <w:rPr>
          <w:rtl/>
        </w:rPr>
        <w:t>א. כמה מתושבי ישראל גרים בנגב לפי הטקסט?</w:t>
      </w:r>
    </w:p>
    <w:p>
      <w:pPr>
        <w:bidi/>
        <w:spacing w:before="0" w:after="80"/>
      </w:pPr>
      <w:r>
        <w:rPr>
          <w:rtl/>
        </w:rPr>
        <w:t xml:space="preserve">   ○ כ-8%      ○ כמחצית      ○ כ-30%</w:t>
      </w:r>
    </w:p>
    <w:p>
      <w:pPr>
        <w:bidi/>
        <w:spacing w:before="0" w:after="20"/>
      </w:pPr>
      <w:r>
        <w:rPr>
          <w:rtl/>
        </w:rPr>
        <w:t>ב. איזה צעד מהטקסט מקצר את הדרך למרכז?</w:t>
      </w:r>
    </w:p>
    <w:p>
      <w:pPr>
        <w:bidi/>
        <w:spacing w:before="0" w:after="80"/>
      </w:pPr>
      <w:r>
        <w:rPr>
          <w:rtl/>
        </w:rPr>
        <w:t xml:space="preserve">   ○ רכבת מהירה      ○ שדות סולאריים      ○ בסיסי צה"ל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השלימו לפי הטקסט. (10 נק')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מחסן מילים: מדברי  |  פריפריה  |  ים תיכוני</w:t>
      </w:r>
    </w:p>
    <w:p>
      <w:pPr>
        <w:bidi/>
        <w:spacing w:before="0" w:after="60"/>
      </w:pPr>
      <w:r>
        <w:rPr>
          <w:rtl/>
        </w:rPr>
        <w:t>א. האקלים בנגב __________.</w:t>
      </w:r>
    </w:p>
    <w:p>
      <w:pPr>
        <w:bidi/>
        <w:spacing w:before="0" w:after="60"/>
      </w:pPr>
      <w:r>
        <w:rPr>
          <w:rtl/>
        </w:rPr>
        <w:t>ב. אזור רחוק מהמרכז עם פחות הזדמנויות נקרא __________.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מדוע צעירים עזבו את עיירות הפיתוח בנגב? כתבו שתי סיבות. (10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בחרו צעד אחד מהפסקה האחרונה והסבירו איך הוא יכול למשוך תושבים לנגב. (10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ב': ידע ומושגים (35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התאימו מושג להסבר.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גבול טבעי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מערכות שהכלכלה נשענת עליהן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המוביל הארצי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עובר לאורך נהר או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קיבוץ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קהילה שיתופית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תשתיות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   ] מעביר מים מהכנרת דרומה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נכון או לא נכון? תקנו את הלא נכונים. (15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רמת הגולן בנויה בעיקר מבזלת.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בקיץ יורד בישראל הרבה 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רוב העובדים בישראל עובדים בחקלאות.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לפי המגזר. (10 נק')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המילים: חקלאות  |  בנק  |  מפעל  |  בית מלון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ראשוני/שניוני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שלישוני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חלק ג': יישום וחשיבה (25 נק')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השלימו: אתגר סביבה ופתרון. (10 נק')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אתגר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פתרון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פקקים וזיהום אוויר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מחסור במים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הסבירו מדוע ישראל היא מדינה צפופה, ומה ההשפעה של זה על השטחים הפתוחים. (15 נק')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</w:pPr>
      <w:r>
        <w:rPr>
          <w:rFonts w:ascii="Tahoma" w:hAnsi="Tahoma" w:cs="Tahoma"/>
          <w:b/>
          <w:bCs/>
          <w:color w:val="C2410C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