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למבחן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📝 מבחן מסכם – רמה בסיסית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יישום וחשיבה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(10 נק')</w:t>
      </w:r>
    </w:p>
    <w:p>
      <w:pPr>
        <w:bidi/>
        <w:spacing w:before="0" w:after="20"/>
      </w:pPr>
      <w:r>
        <w:rPr>
          <w:rtl/>
        </w:rPr>
        <w:t>א. כמה מתושבי ישראל גרים בנגב לפי הטקסט?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כ-8%</w:t>
      </w:r>
    </w:p>
    <w:p>
      <w:pPr>
        <w:bidi/>
        <w:spacing w:before="0" w:after="20"/>
      </w:pPr>
      <w:r>
        <w:rPr>
          <w:rtl/>
        </w:rPr>
        <w:t>ב. איזה צעד מהטקסט מקצר את הדרך למרכז?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רכבת מהירה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(10 נק')</w:t>
      </w:r>
    </w:p>
    <w:p>
      <w:pPr>
        <w:bidi/>
        <w:spacing w:before="0" w:after="40"/>
      </w:pPr>
      <w:r>
        <w:rPr>
          <w:rtl/>
        </w:rPr>
        <w:t>א. האקלים בנגב מדברי.</w:t>
      </w:r>
    </w:p>
    <w:p>
      <w:pPr>
        <w:bidi/>
        <w:spacing w:before="0" w:after="40"/>
      </w:pPr>
      <w:r>
        <w:rPr>
          <w:rtl/>
        </w:rPr>
        <w:t>ב. אזור רחוק מהמרכז עם פחות הזדמנויות נקרא פריפריה.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צעירים עזבו את עיירות הפיתוח בנגב? כתבו שתי סיבות.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מעט מקומות עבודה; מרחקים גדולים מהמרכז; שירותים חלשים.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צעד אחד מהפסקה האחרונה והסבירו איך הוא יכול למשוך תושבים לנגב.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פארק ההייטק: יוצר מקומות עבודה טובים ומשכורות גבוהות, ולכן צעירים יכולים לגור ולעבוד בנגב.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גבול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מערכות שהכלכלה נשענת עליהן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המוביל הארצי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עובר לאורך נהר או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קהילה שיתופית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תשתיות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מעביר מים מהכנרת דרומה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 (15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רמת הגולן בנויה בעיקר מבזלת.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בקיץ יורד בישראל הרבה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בקיץ כמעט אין גשם בישראל.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העובדים בישראל עובדים בחקלאות.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העובדים בישראל עובדים בשירותים.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לפי המגזר.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ראשוני/שניוני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שלישוני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חקלאות, מפעל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בנק, בית מלון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יישום וחשיבה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אתגר סביבה ופתרון.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אתגר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פקקים וזיהום אוויר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תחבורה ציבורית, רכבת קלה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מחסור במים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התפלה, מים מושבים, חיסכון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מדוע ישראל היא מדינה צפופה, ומה ההשפעה של זה על השטחים הפתוחים. (15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אוכלוסייה גדולה שגדלה מהר בשטח קטן, ורובה במישור החוף; הבנייה מתפשטת על שטחים פתוחים, ולכן צריך לבנות לגובה ולשמור שמורות.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