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מבחן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🎯 מבחן מסכם – רמה גבוהה</w:t>
      </w:r>
    </w:p>
    <w:p>
      <w:pPr>
        <w:bidi/>
        <w:spacing w:before="0" w:after="120"/>
      </w:pPr>
      <w:r>
        <w:rPr>
          <w:color w:val="5B6476"/>
          <w:sz w:val="22"/>
          <w:szCs w:val="22"/>
          <w:rtl/>
        </w:rPr>
        <w:t>משך המבחן: 90 דקות · סך הכול 100 נקודות.</w:t>
      </w:r>
    </w:p>
    <w:p>
      <w:pPr>
        <w:bidi/>
        <w:spacing w:before="200" w:after="80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א': ניתוח טקסט ונתונים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ב': ידע והבנה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ג': חשיבה מסדר גבוה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א': ניתוח טקסט ונתונים (45 נק')</w:t>
      </w: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הכנרת – בין בצורת להתפלה</w:t>
      </w:r>
    </w:p>
    <w:p>
      <w:pPr>
        <w:bidi/>
        <w:spacing w:before="0" w:after="80"/>
      </w:pPr>
      <w:r>
        <w:rPr>
          <w:rtl/>
        </w:rPr>
        <w:t>במשך עשרות שנים הייתה הכנרת מאגר המים המתוקים החשוב בישראל. המוביל הארצי העביר ממנה מים למרכז ולדרום, ובשנות בצורת המפלס ירד אל מתחת לקו האדום והמים החלו להמליח.</w:t>
      </w:r>
    </w:p>
    <w:p>
      <w:pPr>
        <w:bidi/>
        <w:spacing w:before="0" w:after="80"/>
      </w:pPr>
      <w:r>
        <w:rPr>
          <w:rtl/>
        </w:rPr>
        <w:t>מאז שנות האלפיים הוקמו לאורך החוף מתקני התפלה גדולים, והיום רוב מי השתייה בישראל מגיעים מהם. כך פחתה השאיבה מהכנרת.</w:t>
      </w:r>
    </w:p>
    <w:p>
      <w:pPr>
        <w:bidi/>
        <w:spacing w:before="0" w:after="80"/>
      </w:pPr>
      <w:r>
        <w:rPr>
          <w:rtl/>
        </w:rPr>
        <w:t>בשנים האחרונות הושלם מפעל שמזרים מים מותפלים מהחוף מזרחה עד הכנרת. לראשונה, המים זורמים במוביל גם בכיוון ההפוך – אל הכנרת. מבקרים מזכירים שההתפלה צורכת הרבה אנרגיה ומחזירה לים תמלחת.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בחרו את התשובה הנכונה. (8 נק')</w:t>
      </w:r>
    </w:p>
    <w:p>
      <w:pPr>
        <w:bidi/>
        <w:spacing w:before="0" w:after="20"/>
      </w:pPr>
      <w:r>
        <w:rPr>
          <w:rtl/>
        </w:rPr>
        <w:t>א. מה השתנה בכיוון הזרימה במוביל לפי הטקסט?</w:t>
      </w:r>
    </w:p>
    <w:p>
      <w:pPr>
        <w:bidi/>
        <w:spacing w:before="0" w:after="80"/>
      </w:pPr>
      <w:r>
        <w:rPr>
          <w:rtl/>
        </w:rPr>
        <w:t xml:space="preserve">   ○ מים מותפלים זורמים גם אל הכנרת      ○ המוביל נסגר      ○ המים זורמים רק לירדן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הסבירו את הקשר בין הקמת מתקני ההתפלה לבין מצב הכנרת. (12 נק')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השלימו: יתרון וחיסרון של ההתפלה. (12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תחום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יתרון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חיסרון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משק המים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סביבה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האם לדעתכם ישראל פתרה את בעיית המים? נמקו בעזרת שני נתונים מהטקסט. (13 נק')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ב': ידע והבנה (30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נכון או לא נכון? תקנו את הלא נכונים. (12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מדבר יהודה יבש כי הוא נמצא בצל גשם.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עיירות הפיתוח הוקמו במרכז הארץ.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התחדשות עירונית חוסכת שטחים פתוחים.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תופעה להסבר. (10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גודש תחבורתי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ריבוי טבעי ועלייה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ישראל כ«אי»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המסת שכבות מלח ליד ים המלח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גידול האוכלוסייה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סחורות עוברות בים ובאוויר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בולענים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מכוניות רבות בשעות העומס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הסבירו מדוע רוב חברות ההייטק נמצאות במרכז הארץ. (8 נק')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ג': חשיבה מסדר גבוה (25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הראו כיצד אקלים, מים ויישובים קשורים זה לזה בישראל. השתמשו בדוגמה. (12 נק')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הציעו תוכנית קיימות לעיר שלכם עם שלושה צעדים – אחד לכלכלה, אחד לחברה ואחד לסביבה. (13 נק')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