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למבחן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ניתוח טקסט ונתונים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והבנה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מסדר גבוה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ניתוח טקסט ונתונים (45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</w:pPr>
      <w:r>
        <w:rPr>
          <w:rtl/>
        </w:rPr>
        <w:t>א. מה השתנה בכיוון הזרימה במוביל לפי הטקסט?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מים מותפלים זורמים גם אל הכנרת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את הקשר בין הקמת מתקני ההתפלה לבין מצב הכנרת. (12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ההתפלה סיפקה את רוב מי השתייה, לכן שאבו פחות מהכנרת והמפלס נשמר; היום אף מזרימים אליה מים מותפלים.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יתרון וחיסרון של ההתפלה.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משק המים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מים רבים שלא תלויים בגשם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יקרה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סביבה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פחות שאיבה מהכנרת ומהאקוויפרים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צריכת אנרגיה ותמלחת 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האם לדעתכם ישראל פתרה את בעיית המים? נמקו בעזרת שני נתונים מהטקסט. (13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מנומקת, למשל: במידה רבה – רוב מי השתייה מותפלים והכנרת מקבלת מים; אבל לא לגמרי – ההתפלה יקרה, צורכת אנרגיה ומזהמת.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ידע והבנה (30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נכון או לא נכון? תקנו את הלא נכונים.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מדבר יהודה יבש כי הוא נמצא בצל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עיירות הפיתוח הוקמו במרכז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עיירות הפיתוח הוקמו בפריפריה – בגליל ובנגב.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התחדשות עירונית חוסכת שטחים פתוחים.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תופעה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גודש תחבורתי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ריבוי טבעי ועלייה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ישראל כ«אי»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המסת שכבות מלח ליד ים המלח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גידול האוכלוסייה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סחורות עוברות בים ובאוויר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בולענים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מכוניות רבות בשעות העומס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רוב חברות ההייטק נמצאות במרכז הארץ.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שם נמצאים רוב העובדים המשכילים, האוניברסיטאות, המשקיעים והתחבורה הנוחה.</w:t>
      </w:r>
    </w:p>
    <w:p>
      <w:pPr>
        <w:bidi/>
        <w:spacing w:before="160" w:after="80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חשיבה מסדר גבוה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הראו כיצד אקלים, מים ויישובים קשורים זה לזה בישראל. השתמשו בדוגמה. (12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הגשם יורד בצפון, אבל האוכלוסייה במרכז ובדרום – לכן הוקם המוביל הארצי, וכך התאפשרו יישובים וחקלאות בנגב.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הציעו תוכנית קיימות לעיר שלכם עם שלושה צעדים – אחד לכלכלה, אחד לחברה ואחד לסביבה. (13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כלכלה: פארק תעסוקה ליד תחנת רכבת; חברה: מרכז קהילתי ושבילי אופניים בטוחים; סביבה: מיחזור, גגות סולאריים ושימור שטח פתוח.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