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ישראל במזרח התיכון: מיקום וגבולות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ישראל במזרח התיכון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מיקום וגודל</w:t>
      </w:r>
    </w:p>
    <w:p>
      <w:pPr>
        <w:bidi/>
        <w:spacing w:before="0" w:after="20"/>
      </w:pPr>
      <w:r>
        <w:rPr>
          <w:rtl/>
        </w:rPr>
        <w:t>1. דרום-מערב אסיה, חוף מזרחי של הים התיכון.</w:t>
      </w:r>
    </w:p>
    <w:p>
      <w:pPr>
        <w:bidi/>
        <w:spacing w:before="0" w:after="20"/>
      </w:pPr>
      <w:r>
        <w:rPr>
          <w:rtl/>
        </w:rPr>
        <w:t>2. מפגש אסיה, אפריקה ואירופה – גשר יבשתי.</w:t>
      </w:r>
    </w:p>
    <w:p>
      <w:pPr>
        <w:bidi/>
        <w:spacing w:before="0" w:after="20"/>
      </w:pPr>
      <w:r>
        <w:rPr>
          <w:rtl/>
        </w:rPr>
        <w:t>3. אורך כ-470 ק"מ; רוחב צר ביותר כ-15 ק"מ.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שכנים וגבולות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סוריה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צפון-מזרח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שלום 1994; גבול לאורך הירדן והערבה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דרום-מערב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שלום 1979; קו ישר בנגב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כשמתארים מיקום, השתמשו גם ביבשה ובים ("חוף מזרחי של הים התיכון") וגם בשכנים.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במפה בקנה מידה ‪1:1,000,000‬ אורך ישראל הוא 47 ס"מ. מה האורך במציאות?</w:t>
      </w:r>
    </w:p>
    <w:p>
      <w:pPr>
        <w:bidi/>
        <w:spacing w:before="0" w:after="20"/>
      </w:pPr>
      <w:r>
        <w:rPr>
          <w:rtl/>
        </w:rPr>
        <w:t>1. 1 ס"מ במפה = 1,000,000 ס"מ = 10 ק"מ.</w:t>
      </w:r>
    </w:p>
    <w:p>
      <w:pPr>
        <w:bidi/>
        <w:spacing w:before="0" w:after="20"/>
      </w:pPr>
      <w:r>
        <w:rPr>
          <w:rtl/>
        </w:rPr>
        <w:t>2. ‪47 × 10 = 470‬.</w:t>
      </w:r>
    </w:p>
    <w:p>
      <w:pPr>
        <w:bidi/>
        <w:spacing w:before="0" w:after="20"/>
      </w:pPr>
      <w:r>
        <w:rPr>
          <w:rtl/>
        </w:rPr>
        <w:t>3. האורך: 470 ק"מ.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470 ק"מ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ישראל נמצאת ביבשת __________.</w:t>
      </w:r>
    </w:p>
    <w:p>
      <w:pPr>
        <w:bidi/>
        <w:spacing w:before="0" w:after="60"/>
      </w:pPr>
      <w:r>
        <w:rPr>
          <w:rtl/>
        </w:rPr>
        <w:t>ב. שתי מדינות שיש לישראל שלום איתן: __________ ו__________.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אסיה · ב. מצרים; ירדן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