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ישראל במזרח התיכון: מיקום וגבולות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ישראל נמצאת ביבשת אסיה.</w:t>
      </w:r>
    </w:p>
    <w:p>
      <w:pPr>
        <w:bidi/>
        <w:spacing w:before="0" w:after="40"/>
      </w:pPr>
      <w:r>
        <w:rPr>
          <w:rtl/>
        </w:rPr>
        <w:t>ב. השכנה של ישראל בצפון היא לבנון.</w:t>
      </w:r>
    </w:p>
    <w:p>
      <w:pPr>
        <w:bidi/>
        <w:spacing w:before="0" w:after="40"/>
      </w:pPr>
      <w:r>
        <w:rPr>
          <w:rtl/>
        </w:rPr>
        <w:t>ג. השכנה של ישראל במזרח היא ירדן.</w:t>
      </w:r>
    </w:p>
    <w:p>
      <w:pPr>
        <w:bidi/>
        <w:spacing w:before="0" w:after="40"/>
      </w:pPr>
      <w:r>
        <w:rPr>
          <w:rtl/>
        </w:rPr>
        <w:t>ד. העיר הדרומית של ישראל, לחוף מפרץ אילת, היא אילת.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גבול טבעי או גבול מלאכותי?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טבעי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מלאכותי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נהר הירדן, חוף הים, מפרץ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ישר במדבר, קו שנקבע בהסכם, גדר לאורך קו מדיני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לישראל אין יציאה לים סוף.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לישראל יש יציאה לים סוף דרך מפרץ אילת.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נמצאת במפגש של שלוש יבשות.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לישראל יש הסכם שלום עם לבנון.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לישראל יש הסכמי שלום עם מצרים וירדן.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שכנה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 מישראל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יש הסכם שלום?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דרום-מערב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המיקום של ישראל הפך אותה לדרך מסחר כבר בימי קדם.</w:t>
      </w:r>
    </w:p>
    <w:p>
      <w:pPr>
        <w:bidi/>
        <w:spacing w:before="0" w:after="80"/>
      </w:pPr>
      <w:r>
        <w:rPr>
          <w:color w:val="0F7A4F"/>
          <w:rtl/>
        </w:rPr>
        <w:t>תשובה אפשרית: היא נמצאת במפגש של שלוש יבשות, בין מצרים לארם ולמסופוטמיה, ולכן דרכי המסחר עברו דרכה – גשר יבשתי.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יתרון אחד וחיסרון אחד של היותה של ישראל ארץ צרה.</w:t>
      </w:r>
    </w:p>
    <w:p>
      <w:pPr>
        <w:bidi/>
        <w:spacing w:before="0" w:after="80"/>
      </w:pPr>
      <w:r>
        <w:rPr>
          <w:color w:val="0F7A4F"/>
          <w:rtl/>
        </w:rPr>
        <w:t>תשובה אפשרית: יתרון: קל ומהיר להגיע בין אזורים. חיסרון: קשה להגן עליה; מעט שטח לבנייה ולטבע.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