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מערכות הנוף בישראל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מערכות הנוף בישראל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האזורים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כורכר, חול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השרון, גוש 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גיר, דולומיט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גליל, כרמל, יהודה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משקעים בשבר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כנרת, ים המלח, ערבה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רמת הגולן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בזלת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הרי געש כבויים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הנגב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גיר, אבן חול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מכתש רמון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זכרו</w:t>
      </w:r>
    </w:p>
    <w:p>
      <w:pPr>
        <w:bidi/>
        <w:spacing w:before="0" w:after="20"/>
      </w:pPr>
      <w:r>
        <w:rPr>
          <w:rtl/>
        </w:rPr>
        <w:t>1. הבקע נוצר מתנועת הלוחות.</w:t>
      </w:r>
    </w:p>
    <w:p>
      <w:pPr>
        <w:bidi/>
        <w:spacing w:before="0" w:after="20"/>
      </w:pPr>
      <w:r>
        <w:rPr>
          <w:rtl/>
        </w:rPr>
        <w:t>2. ים המלח – הנמוך בעולם, כ-430 מ' מתחת לפני הים.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בתיאור אזור נוף כתבו שלושה דברים: איפה הוא, ממה הוא בנוי (סלע), ואיך הוא נראה (גובה, צורה).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הר מירון בגובה 1,200 מ' וים המלח בגובה −430 מ'. מה הפרש הגובה?</w:t>
      </w:r>
    </w:p>
    <w:p>
      <w:pPr>
        <w:bidi/>
        <w:spacing w:before="0" w:after="20"/>
      </w:pPr>
      <w:r>
        <w:rPr>
          <w:rtl/>
        </w:rPr>
        <w:t>1. מחסרים: 1,200 − (−430).</w:t>
      </w:r>
    </w:p>
    <w:p>
      <w:pPr>
        <w:bidi/>
        <w:spacing w:before="0" w:after="20"/>
      </w:pPr>
      <w:r>
        <w:rPr>
          <w:rtl/>
        </w:rPr>
        <w:t>2. חיסור של מספר שלילי = חיבור.</w:t>
      </w:r>
    </w:p>
    <w:p>
      <w:pPr>
        <w:bidi/>
        <w:spacing w:before="0" w:after="20"/>
      </w:pPr>
      <w:r>
        <w:rPr>
          <w:rtl/>
        </w:rPr>
        <w:t>3. ‪1,200 + 430 = 1,630‬.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1,630 מ'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עמק סגור בנגב שנוצר מסחיפה: __________.</w:t>
      </w:r>
    </w:p>
    <w:p>
      <w:pPr>
        <w:bidi/>
        <w:spacing w:before="0" w:after="60"/>
      </w:pPr>
      <w:r>
        <w:rPr>
          <w:rtl/>
        </w:rPr>
        <w:t>ב. הרצועה שבה גרים רוב התושבים: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מכתש · ב. מישור החוף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