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☀️ האקלים בישראל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שני אקלימים: איפה – צפון ומרכז; גשם – 400–1,000 מ"מ; עונות – קיץ יבש, חורף גשום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מרחק מהים (העננים ממערב).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גובה – בהרים יותר גשם.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קו רוחב – בצפון יותר גשם.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גשם בישראל: ככל שהולכים דרומה ומזרחה – פחות. ככל שעולים בהר – יותר.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