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דף סיכום</w:t>
      </w:r>
    </w:p>
    <w:p>
      <w:pPr>
        <w:bidi/>
        <w:spacing w:before="0" w:after="120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האקלים בישראל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1D4ED8"/>
          <w:sz w:val="24"/>
          <w:szCs w:val="24"/>
          <w:rtl/>
        </w:rPr>
        <w:t>דף סיכום: האקלים בישראל</w:t>
      </w:r>
    </w:p>
    <w:p>
      <w:pPr>
        <w:bidi/>
        <w:spacing w:before="120" w:after="40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שני אקלימים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ים תיכוני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מדברי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איפה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צפון ומרכז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נגב, ערבה, בקע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גשם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400–1,000 מ"מ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פחות מ-200 מ"מ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עונות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קיץ יבש, חורף גשום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יבש רוב השנה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גורמי הגשם</w:t>
      </w:r>
    </w:p>
    <w:p>
      <w:pPr>
        <w:bidi/>
        <w:spacing w:before="0" w:after="20"/>
      </w:pPr>
      <w:r>
        <w:rPr>
          <w:rtl/>
        </w:rPr>
        <w:t>1. מרחק מהים (העננים ממערב).</w:t>
      </w:r>
    </w:p>
    <w:p>
      <w:pPr>
        <w:bidi/>
        <w:spacing w:before="0" w:after="20"/>
      </w:pPr>
      <w:r>
        <w:rPr>
          <w:rtl/>
        </w:rPr>
        <w:t>2. גובה – בהרים יותר גשם.</w:t>
      </w:r>
    </w:p>
    <w:p>
      <w:pPr>
        <w:bidi/>
        <w:spacing w:before="0" w:after="20"/>
      </w:pPr>
      <w:r>
        <w:rPr>
          <w:rtl/>
        </w:rPr>
        <w:t>3. קו רוחב – בצפון יותר גשם.</w:t>
      </w:r>
    </w:p>
    <w:p>
      <w:pPr>
        <w:bidi/>
        <w:spacing w:before="0" w:after="20"/>
      </w:pPr>
      <w:r>
        <w:rPr>
          <w:rtl/>
        </w:rPr>
        <w:t>4. צל גשם – מזרחית להרים.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גשם בישראל: ככל שהולכים דרומה ומזרחה – פחות. ככל שעולים בהר – יותר.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בחודשים נובמבר–מרץ ירדו 120, 140, 130, 90, 70 מ"מ. מה הממוצע לחודש?</w:t>
      </w:r>
    </w:p>
    <w:p>
      <w:pPr>
        <w:bidi/>
        <w:spacing w:before="0" w:after="20"/>
      </w:pPr>
      <w:r>
        <w:rPr>
          <w:rtl/>
        </w:rPr>
        <w:t>1. מחברים: ‪120+140+130+90+70 = 550‬.</w:t>
      </w:r>
    </w:p>
    <w:p>
      <w:pPr>
        <w:bidi/>
        <w:spacing w:before="0" w:after="20"/>
      </w:pPr>
      <w:r>
        <w:rPr>
          <w:rtl/>
        </w:rPr>
        <w:t>2. מחלקים ב-5 חודשים.</w:t>
      </w:r>
    </w:p>
    <w:p>
      <w:pPr>
        <w:bidi/>
        <w:spacing w:before="0" w:after="20"/>
      </w:pPr>
      <w:r>
        <w:rPr>
          <w:rtl/>
        </w:rPr>
        <w:t>3. ‪550 ÷ 5 = 110‬.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110 מ"מ לחודש</w:t>
      </w:r>
    </w:p>
    <w:p>
      <w:pPr>
        <w:bidi/>
        <w:spacing w:before="120" w:after="80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</w:pPr>
      <w:r>
        <w:rPr>
          <w:rtl/>
        </w:rPr>
        <w:t>א. האקלים בדרום ישראל: __________.</w:t>
      </w:r>
    </w:p>
    <w:p>
      <w:pPr>
        <w:bidi/>
        <w:spacing w:before="0" w:after="60"/>
      </w:pPr>
      <w:r>
        <w:rPr>
          <w:rtl/>
        </w:rPr>
        <w:t>ב. מערכת לחץ שמביאה גשם בחורף: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מדברי · ב. שקע ברומטרי (לחץ נמוך)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