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מחוון – דף עבודה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0F7A4F"/>
          <w:sz w:val="40"/>
          <w:szCs w:val="40"/>
          <w:rtl/>
        </w:rPr>
        <w:t>🔑 מחוון – האקלים בישראל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העננים בחורף מגיעים בעיקר מערב.</w:t>
      </w:r>
    </w:p>
    <w:p>
      <w:pPr>
        <w:bidi/>
        <w:spacing w:before="0" w:after="40"/>
      </w:pPr>
      <w:r>
        <w:rPr>
          <w:rtl/>
        </w:rPr>
        <w:t>ב. מזג אוויר חם ויבש עם רוח מזרחית נקרא שרב.</w:t>
      </w:r>
    </w:p>
    <w:p>
      <w:pPr>
        <w:bidi/>
        <w:spacing w:before="0" w:after="40"/>
      </w:pPr>
      <w:r>
        <w:rPr>
          <w:rtl/>
        </w:rPr>
        <w:t>ג. רוח מהים ליבשה בשעות היום נקראת בריזה.</w:t>
      </w:r>
    </w:p>
    <w:p>
      <w:pPr>
        <w:bidi/>
        <w:spacing w:before="0" w:after="40"/>
      </w:pPr>
      <w:r>
        <w:rPr>
          <w:rtl/>
        </w:rPr>
        <w:t>ד. בדרום ישראל אקלים מדברי.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מאפיין של קיץ או של חורף בישראל?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קיץ</w:t>
            </w:r>
          </w:p>
        </w:tc>
        <w:tc>
          <w:tcPr>
            <w:tcW w:type="dxa" w:w="4989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חורף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לחץ גבוה, אין גשם, לחות גבוהה בחוף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שקע ברומטרי, שלג בחרמון, שיטפונות בנחלים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באילת יורד יותר גשם מאשר בגליל.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בגליל יורד הרבה יותר גשם מאשר באילת.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בהרים יורד בדרך כלל יותר גשם מאשר בעמקים שלידם.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בישראל יורד גשם גם בקיץ באופן קבוע.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בקיץ כמעט אין גשם בישראל.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באיזה מקום יורד יותר גשם ולמה?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השוואה</w:t>
            </w:r>
          </w:p>
        </w:tc>
        <w:tc>
          <w:tcPr>
            <w:tcW w:type="dxa" w:w="3326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יותר גשם ב…</w:t>
            </w:r>
          </w:p>
        </w:tc>
        <w:tc>
          <w:tcPr>
            <w:tcW w:type="dxa" w:w="3326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הגורם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חיפה או באר שבע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חיפה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קו רוחב (צפון) וקרבה לים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ירושלים או יריחו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ירושלים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גובה; יריחו בצל גשם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צפת או טבריה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צפת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גובה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מהו «צל גשם» והביאו דוגמה מישראל.</w:t>
      </w:r>
    </w:p>
    <w:p>
      <w:pPr>
        <w:bidi/>
        <w:spacing w:before="0" w:after="80"/>
      </w:pPr>
      <w:r>
        <w:rPr>
          <w:color w:val="0F7A4F"/>
          <w:rtl/>
        </w:rPr>
        <w:t>תשובה אפשרית: אזור במורד ההרים בצד שמול כיוון העננים, שבו יורד מעט גשם כי העננים מורידים את הגשם בצד השני. דוגמה: מדבר יהודה.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איך השרב משפיע על חיי היומיום? כתבו שתי השפעות.</w:t>
      </w:r>
    </w:p>
    <w:p>
      <w:pPr>
        <w:bidi/>
        <w:spacing w:before="0" w:after="80"/>
      </w:pPr>
      <w:r>
        <w:rPr>
          <w:color w:val="0F7A4F"/>
          <w:rtl/>
        </w:rPr>
        <w:t>תשובה אפשרית: חום ויובש – צריך לשתות הרבה; אבק וזיהום אוויר; סכנת שריפות; עלייה בצריכת החשמל למזגנים.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