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משק המים בישראל: אתגרים וניהול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9F1239"/>
          <w:sz w:val="24"/>
          <w:szCs w:val="24"/>
          <w:rtl/>
        </w:rPr>
        <w:t>מחסן מילים: 1964  |  מים  |  חקלאות  |  מותפלים  |  1948</w:t>
      </w:r>
    </w:p>
    <w:p>
      <w:pPr>
        <w:bidi/>
        <w:spacing w:before="0" w:after="60"/>
      </w:pPr>
      <w:r>
        <w:rPr>
          <w:rtl/>
        </w:rPr>
        <w:t>א. המוביל הארצי נחנך בשנת __________.</w:t>
      </w:r>
    </w:p>
    <w:p>
      <w:pPr>
        <w:bidi/>
        <w:spacing w:before="0" w:after="60"/>
      </w:pPr>
      <w:r>
        <w:rPr>
          <w:rtl/>
        </w:rPr>
        <w:t>ב. הגוף שקובע כמה מים מותר לשאוב הוא רשות ה__________.</w:t>
      </w:r>
    </w:p>
    <w:p>
      <w:pPr>
        <w:bidi/>
        <w:spacing w:before="0" w:after="60"/>
      </w:pPr>
      <w:r>
        <w:rPr>
          <w:rtl/>
        </w:rPr>
        <w:t>ג. מי ביוב מטוהרים משמשים בעיקר ל__________.</w:t>
      </w:r>
    </w:p>
    <w:p>
      <w:pPr>
        <w:bidi/>
        <w:spacing w:before="0" w:after="60"/>
      </w:pPr>
      <w:r>
        <w:rPr>
          <w:rtl/>
        </w:rPr>
        <w:t>ד. מים שמפיקים ממי ים נקראים מים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מה מגדיל את ההיצע ומה מקטין את הביקוש?</w:t>
      </w:r>
    </w:p>
    <w:p>
      <w:pPr>
        <w:bidi/>
        <w:spacing w:before="0" w:after="80"/>
      </w:pPr>
      <w:r>
        <w:rPr>
          <w:color w:val="9F1239"/>
          <w:sz w:val="24"/>
          <w:szCs w:val="24"/>
          <w:rtl/>
        </w:rPr>
        <w:t>המילים: מתקן התפלה  |  מחיר מים גבוה  |  מיחזור ביוב  |  השקיה בטפטוף  |  אגירת מי שיטפונות  |  מקלחת קצרה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מגדיל היצע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מקטין ביקוש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רוב מקורות המים הטבעיים נמצאים בדרום הארץ.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ישראל מספקת מים לירדן לפי הסכם השלום.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לפי חוק המים, כל אחד רשאי לשאוב כמה שהוא רוצה.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הבעיה והפתרון.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בעיה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פתרון אפשרי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בצורת – מעט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המים בצפון, הצרכנים בדרום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מחסור במים לחקלאות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למה הביקוש למים בישראל עולה כל הזמן? כתבו שתי סיבות.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מה עלול לקרות אם שואבים מהכנרת מתחת לקו האדום?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