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A16207"/>
          <w:sz w:val="44"/>
          <w:szCs w:val="44"/>
          <w:rtl/>
        </w:rPr>
        <w:t>יישובים בישראל: עיר וכפר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A16207"/>
          <w:sz w:val="24"/>
          <w:szCs w:val="24"/>
          <w:rtl/>
        </w:rPr>
        <w:t>מחסן מילים: קיבוץ  |  מושב  |  פיתוח  |  רהט  |  מטרופולין</w:t>
      </w:r>
    </w:p>
    <w:p>
      <w:pPr>
        <w:bidi/>
        <w:spacing w:before="0" w:after="60"/>
      </w:pPr>
      <w:r>
        <w:rPr>
          <w:rtl/>
        </w:rPr>
        <w:t>א. ביישוב שיתופי שבו הרכוש משותף גרים ב__________.</w:t>
      </w:r>
    </w:p>
    <w:p>
      <w:pPr>
        <w:bidi/>
        <w:spacing w:before="0" w:after="60"/>
      </w:pPr>
      <w:r>
        <w:rPr>
          <w:rtl/>
        </w:rPr>
        <w:t>ב. ביישוב שבו לכל משפחה משק משלה גרים ב__________.</w:t>
      </w:r>
    </w:p>
    <w:p>
      <w:pPr>
        <w:bidi/>
        <w:spacing w:before="0" w:after="60"/>
      </w:pPr>
      <w:r>
        <w:rPr>
          <w:rtl/>
        </w:rPr>
        <w:t>ג. דימונה וקריית שמונה הן עיירות __________.</w:t>
      </w:r>
    </w:p>
    <w:p>
      <w:pPr>
        <w:bidi/>
        <w:spacing w:before="0" w:after="60"/>
      </w:pPr>
      <w:r>
        <w:rPr>
          <w:rtl/>
        </w:rPr>
        <w:t>ד. העיר הבדואית הגדולה בנגב היא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יישוב כפרי או עירוני?</w:t>
      </w:r>
    </w:p>
    <w:p>
      <w:pPr>
        <w:bidi/>
        <w:spacing w:before="0" w:after="80"/>
      </w:pPr>
      <w:r>
        <w:rPr>
          <w:color w:val="A16207"/>
          <w:sz w:val="24"/>
          <w:szCs w:val="24"/>
          <w:rtl/>
        </w:rPr>
        <w:t>המילים: דגניה  |  נהלל  |  באר שבע  |  רהט  |  בית שאן  |  כפר דרוזי בכרמל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כפרי</w:t>
            </w:r>
          </w:p>
        </w:tc>
        <w:tc>
          <w:tcPr>
            <w:tcW w:type="dxa" w:w="4989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עירוני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רוב תושבי ישראל גרים ביישובים כפריים.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עיירות הפיתוח הוקמו כדי לפזר את האוכלוסייה ולקלוט עולים.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מטרופולין תל אביב הוא הגדול בישראל.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השוואה בין קיבוץ למושב.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קיבוץ</w:t>
            </w:r>
          </w:p>
        </w:tc>
        <w:tc>
          <w:tcPr>
            <w:tcW w:type="dxa" w:w="3326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מושב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בעלות על המשק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דוגמה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מדוע חלק מעיירות הפיתוח התקשו להתפתח? כתבו שתי סיבות.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מהו מטרופולין? תנו דוגמה מישראל.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