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כלכלת ישראל וענפי המשק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כלכלת ישראל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מגזרי המשק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מגזר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ראשוני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מהטבע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חקלאות, כרייה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ייצור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תעשייה, הייטק, בנייה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שלישוני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שירותים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מסחר, חינוך, 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מגמות</w:t>
      </w:r>
    </w:p>
    <w:p>
      <w:pPr>
        <w:bidi/>
        <w:spacing w:before="0" w:after="20"/>
      </w:pPr>
      <w:r>
        <w:rPr>
          <w:rtl/>
        </w:rPr>
        <w:t>1. מעבר מחקלאות ותעשייה מסורתית לעתירת ידע.</w:t>
      </w:r>
    </w:p>
    <w:p>
      <w:pPr>
        <w:bidi/>
        <w:spacing w:before="0" w:after="20"/>
      </w:pPr>
      <w:r>
        <w:rPr>
          <w:rtl/>
        </w:rPr>
        <w:t>2. רוב העובדים בשירותים.</w:t>
      </w:r>
    </w:p>
    <w:p>
      <w:pPr>
        <w:bidi/>
        <w:spacing w:before="0" w:after="20"/>
      </w:pPr>
      <w:r>
        <w:rPr>
          <w:rtl/>
        </w:rPr>
        <w:t>3. הייטק מרוכז במרכז – פער מול הפריפריה.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לסווג ענף שאלו: האם הוא לוקח מהטבע (ראשוני), מייצר (שניוני) או נותן שירות (שלישוני)?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במדינה 4 מיליון עובדים; 3.2 מיליון בשירותים. כמה אחוזים בשירותים?</w:t>
      </w:r>
    </w:p>
    <w:p>
      <w:pPr>
        <w:bidi/>
        <w:spacing w:before="0" w:after="20"/>
      </w:pPr>
      <w:r>
        <w:rPr>
          <w:rtl/>
        </w:rPr>
        <w:t>1. ‪3.2 ÷ 4 = 0.8‬.</w:t>
      </w:r>
    </w:p>
    <w:p>
      <w:pPr>
        <w:bidi/>
        <w:spacing w:before="0" w:after="20"/>
      </w:pPr>
      <w:r>
        <w:rPr>
          <w:rtl/>
        </w:rPr>
        <w:t>2. ‪0.8 = 80‬%.</w:t>
      </w:r>
    </w:p>
    <w:p>
      <w:pPr>
        <w:bidi/>
        <w:spacing w:before="0" w:after="20"/>
      </w:pPr>
      <w:r>
        <w:rPr>
          <w:rtl/>
        </w:rPr>
        <w:t>3. רוב גדול בשירותים.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80%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מגזר של מתן שירותים: __________.</w:t>
      </w:r>
    </w:p>
    <w:p>
      <w:pPr>
        <w:bidi/>
        <w:spacing w:before="0" w:after="60"/>
      </w:pPr>
      <w:r>
        <w:rPr>
          <w:rtl/>
        </w:rPr>
        <w:t>ב. תעשייה של תוכנה ושבבים: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שלישוני · ב. הייטק (עתירת ידע)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