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כלכלת ישראל וענפי המשק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עתירת ידע  |  סטארט-אפ  |  טפטוף  |  תיירות  |  מסורתית</w:t>
      </w:r>
    </w:p>
    <w:p>
      <w:pPr>
        <w:bidi/>
        <w:spacing w:before="0" w:after="60"/>
      </w:pPr>
      <w:r>
        <w:rPr>
          <w:rtl/>
        </w:rPr>
        <w:t>א. תעשייה שמבוססת על מחקר ומדע נקראת תעשייה __________.</w:t>
      </w:r>
    </w:p>
    <w:p>
      <w:pPr>
        <w:bidi/>
        <w:spacing w:before="0" w:after="60"/>
      </w:pPr>
      <w:r>
        <w:rPr>
          <w:rtl/>
        </w:rPr>
        <w:t>ב. ישראל מכונה «אומת ה__________».</w:t>
      </w:r>
    </w:p>
    <w:p>
      <w:pPr>
        <w:bidi/>
        <w:spacing w:before="0" w:after="60"/>
      </w:pPr>
      <w:r>
        <w:rPr>
          <w:rtl/>
        </w:rPr>
        <w:t>ג. שיטת השקיה חסכונית היא השקיה ב__________.</w:t>
      </w:r>
    </w:p>
    <w:p>
      <w:pPr>
        <w:bidi/>
        <w:spacing w:before="0" w:after="60"/>
      </w:pPr>
      <w:r>
        <w:rPr>
          <w:rtl/>
        </w:rPr>
        <w:t>ד. ענף שנותן שירות לתיירים הוא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עיסוק למגזר שלו.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חקלאי  |  עובדת בפס ייצור במפעל שבבים  |  רופא  |  דייג  |  פועל במפעל מזון  |  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ראשוני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שניוני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שלישוני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העובדים בישראל עובדים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התיירות רגישה למצב הביטחוני.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חברות ההייטק מרוכזות בעיקר במרכז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מגזר ודוגמה מישראל.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מגזר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עושים בו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מישראל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ראשוני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שלישוני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החקלאות בישראל חשובה גם אם עובדים בה מעטים?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למה ישראל הצליחה בהייטק?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